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11792"/>
        <w:gridCol w:w="1757"/>
      </w:tblGrid>
      <w:tr w:rsidR="0066044B" w14:paraId="0078B24C" w14:textId="77777777" w:rsidTr="6D3040C0">
        <w:trPr>
          <w:jc w:val="center"/>
        </w:trPr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72A6659" w14:textId="273AFFE2" w:rsidR="0066044B" w:rsidRDefault="187CB05B">
            <w:r>
              <w:t xml:space="preserve"> </w:t>
            </w:r>
            <w:r w:rsidR="606A129C">
              <w:rPr>
                <w:noProof/>
              </w:rPr>
              <w:drawing>
                <wp:inline distT="0" distB="0" distL="0" distR="0" wp14:anchorId="36DDA6F2" wp14:editId="62BC3880">
                  <wp:extent cx="367989" cy="460800"/>
                  <wp:effectExtent l="0" t="0" r="0" b="0"/>
                  <wp:docPr id="1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2F8DD37-796E-4250-B969-C393BCE3D3F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brendans_logo_cropped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989" cy="46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451273A1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5C2D91"/>
                <w:sz w:val="50"/>
              </w:rPr>
              <w:t>September 2026</w:t>
            </w:r>
          </w:p>
        </w:tc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77CBD7CE" w14:textId="77777777" w:rsidR="0066044B" w:rsidRDefault="007F3BAA">
            <w:pPr>
              <w:jc w:val="right"/>
            </w:pPr>
            <w:r>
              <w:rPr>
                <w:b/>
                <w:color w:val="007DBA"/>
              </w:rPr>
              <w:t>ACADEMIC YEAR</w:t>
            </w:r>
            <w:r>
              <w:rPr>
                <w:b/>
                <w:color w:val="007DBA"/>
              </w:rPr>
              <w:br/>
              <w:t>2026-2027</w:t>
            </w:r>
          </w:p>
        </w:tc>
      </w:tr>
    </w:tbl>
    <w:p w14:paraId="296BCD72" w14:textId="77777777" w:rsidR="0066044B" w:rsidRDefault="007F3BAA">
      <w:pPr>
        <w:spacing w:after="80"/>
        <w:jc w:val="center"/>
      </w:pPr>
      <w:r>
        <w:rPr>
          <w:b/>
          <w:color w:val="17365D"/>
          <w:sz w:val="17"/>
        </w:rPr>
        <w:t>Autumn term begins: INSET Day Tuesday 1 September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192"/>
        <w:gridCol w:w="3192"/>
        <w:gridCol w:w="3192"/>
      </w:tblGrid>
      <w:tr w:rsidR="0066044B" w14:paraId="03485BCA" w14:textId="77777777" w:rsidTr="7FC77E47">
        <w:trPr>
          <w:cantSplit/>
          <w:trHeight w:hRule="exact" w:val="369"/>
          <w:jc w:val="center"/>
        </w:trPr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2C055FC8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Monday</w:t>
            </w:r>
          </w:p>
        </w:tc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0B01928F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Tuesday</w:t>
            </w:r>
          </w:p>
        </w:tc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1FB9E9A5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Wednesday</w:t>
            </w:r>
          </w:p>
        </w:tc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6CAC590F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Thursday</w:t>
            </w:r>
          </w:p>
        </w:tc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5D26DC16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Friday</w:t>
            </w:r>
          </w:p>
        </w:tc>
      </w:tr>
      <w:tr w:rsidR="0066044B" w14:paraId="246C3D69" w14:textId="77777777" w:rsidTr="7FC77E47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0A37501D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8D9F4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49841BE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</w:t>
            </w:r>
          </w:p>
          <w:p w14:paraId="64FE708E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5C2D91"/>
                <w:sz w:val="15"/>
              </w:rPr>
              <w:t>INSET 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8F999B5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FCD5EC4" w14:textId="4D578A5D" w:rsidR="0066044B" w:rsidRDefault="3581DF40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3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2598DEE6" w14:textId="6C9D8602" w:rsidR="0066044B" w:rsidRDefault="5CBA096B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4 Yr6 Swimming</w:t>
            </w:r>
          </w:p>
        </w:tc>
      </w:tr>
      <w:tr w:rsidR="0066044B" w14:paraId="7501CC03" w14:textId="77777777" w:rsidTr="7FC77E47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5697EEC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7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4B0A208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8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2B2B7304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9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D369756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10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737E36C" w14:textId="03EDD09A" w:rsidR="0066044B" w:rsidRDefault="7D4E4B9D" w:rsidP="7D4E4B9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11</w:t>
            </w:r>
            <w:r w:rsidR="32AD256F"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Yr6 Swimming</w:t>
            </w:r>
          </w:p>
        </w:tc>
      </w:tr>
      <w:tr w:rsidR="0066044B" w14:paraId="34101E4B" w14:textId="77777777" w:rsidTr="7FC77E47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E1E336A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14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33CFEC6B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15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0EB5E791" w14:textId="2D22A824" w:rsidR="0066044B" w:rsidRDefault="7D4E4B9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16</w:t>
            </w:r>
            <w:r w:rsidR="63A41E23"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 KS1 Fergus Pet Therapy Dog 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11B77A1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17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26D80A2" w14:textId="37215B59" w:rsidR="0066044B" w:rsidRDefault="7D4E4B9D" w:rsidP="7D4E4B9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18</w:t>
            </w:r>
            <w:r w:rsidR="3DDE68FB"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Yr6 Swimming</w:t>
            </w:r>
          </w:p>
        </w:tc>
      </w:tr>
      <w:tr w:rsidR="0066044B" w14:paraId="0AE53ADA" w14:textId="77777777" w:rsidTr="7FC77E47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B568215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21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4C26413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22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2E4F76D" w14:textId="71A24901" w:rsidR="0066044B" w:rsidRDefault="7D4E4B9D" w:rsidP="7D4E4B9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23</w:t>
            </w:r>
            <w:r w:rsidR="0E5F4FC0"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KS1 Fergus Pet Therapy Dog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D8EB8EE" w14:textId="3D7A041D" w:rsidR="0066044B" w:rsidRDefault="2E615332" w:rsidP="7029D8EC">
            <w:pPr>
              <w:spacing w:after="20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  <w:r w:rsidRPr="7029D8EC">
              <w:rPr>
                <w:b/>
                <w:bCs/>
                <w:color w:val="17365D" w:themeColor="text2" w:themeShade="BF"/>
                <w:sz w:val="24"/>
                <w:szCs w:val="24"/>
              </w:rPr>
              <w:t>2</w:t>
            </w:r>
            <w:r w:rsidR="7C4E9FFA" w:rsidRPr="7029D8EC">
              <w:rPr>
                <w:b/>
                <w:bCs/>
                <w:color w:val="17365D" w:themeColor="text2" w:themeShade="BF"/>
                <w:sz w:val="24"/>
                <w:szCs w:val="24"/>
              </w:rPr>
              <w:t>4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0C61B8CF" w14:textId="21871F6B" w:rsidR="0066044B" w:rsidRDefault="2E615332" w:rsidP="7029D8EC">
            <w:pPr>
              <w:spacing w:after="20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  <w:r w:rsidRPr="7029D8EC">
              <w:rPr>
                <w:b/>
                <w:bCs/>
                <w:color w:val="17365D" w:themeColor="text2" w:themeShade="BF"/>
                <w:sz w:val="24"/>
                <w:szCs w:val="24"/>
              </w:rPr>
              <w:t>25</w:t>
            </w:r>
            <w:r w:rsidR="07F77582" w:rsidRPr="7029D8EC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</w:t>
            </w:r>
          </w:p>
          <w:p w14:paraId="3DCFD5B2" w14:textId="1C2CFAE5" w:rsidR="0066044B" w:rsidRDefault="2E2363E5" w:rsidP="7D4E4B9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Yr6 Swimming</w:t>
            </w:r>
          </w:p>
          <w:p w14:paraId="4BFDD700" w14:textId="62BD5AF9" w:rsidR="0066044B" w:rsidRDefault="0066044B" w:rsidP="7029D8EC">
            <w:pPr>
              <w:spacing w:after="20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</w:p>
        </w:tc>
      </w:tr>
      <w:tr w:rsidR="0066044B" w14:paraId="57927167" w14:textId="77777777" w:rsidTr="7FC77E47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7393B24" w14:textId="534F6864" w:rsidR="0066044B" w:rsidRDefault="7D4E4B9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28</w:t>
            </w:r>
            <w:r w:rsidR="313C96FD"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Book Fair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B34824B" w14:textId="596AC57D" w:rsidR="0066044B" w:rsidRDefault="7D4E4B9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29</w:t>
            </w:r>
            <w:r w:rsidR="00246D87"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Book Fair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CF92D58" w14:textId="196BD439" w:rsidR="0066044B" w:rsidRDefault="5E3A4001" w:rsidP="7FC77E47">
            <w:pPr>
              <w:spacing w:after="20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  <w:r w:rsidRPr="7FC77E47">
              <w:rPr>
                <w:b/>
                <w:bCs/>
                <w:color w:val="17365D" w:themeColor="text2" w:themeShade="BF"/>
                <w:sz w:val="24"/>
                <w:szCs w:val="24"/>
              </w:rPr>
              <w:t>30</w:t>
            </w:r>
            <w:r w:rsidR="5F18A767" w:rsidRPr="7FC77E47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 </w:t>
            </w:r>
          </w:p>
          <w:p w14:paraId="79E91DE2" w14:textId="3A210E61" w:rsidR="0066044B" w:rsidRDefault="7C1AF492" w:rsidP="7D4E4B9D">
            <w:pPr>
              <w:spacing w:after="20"/>
            </w:pPr>
            <w:r w:rsidRPr="7029D8EC">
              <w:rPr>
                <w:b/>
                <w:bCs/>
                <w:color w:val="17365D" w:themeColor="text2" w:themeShade="BF"/>
                <w:sz w:val="24"/>
                <w:szCs w:val="24"/>
              </w:rPr>
              <w:t>KS1 Fergus Pet Therapy Dog</w:t>
            </w:r>
          </w:p>
          <w:p w14:paraId="219897CE" w14:textId="1BC4B870" w:rsidR="0066044B" w:rsidRDefault="2452027B" w:rsidP="7D4E4B9D">
            <w:pPr>
              <w:spacing w:after="20"/>
            </w:pPr>
            <w:r w:rsidRPr="7029D8EC">
              <w:rPr>
                <w:b/>
                <w:bCs/>
                <w:color w:val="17365D" w:themeColor="text2" w:themeShade="BF"/>
                <w:sz w:val="24"/>
                <w:szCs w:val="24"/>
              </w:rPr>
              <w:t>Book Fair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DAB6C7B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02EB378F" w14:textId="77777777" w:rsidR="0066044B" w:rsidRDefault="0066044B"/>
        </w:tc>
      </w:tr>
      <w:tr w:rsidR="0066044B" w14:paraId="6A05A809" w14:textId="77777777" w:rsidTr="7FC77E47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A39BBE3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1C8F396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2A3D3EC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0D0B940D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0E27B00A" w14:textId="77777777" w:rsidR="0066044B" w:rsidRDefault="0066044B"/>
        </w:tc>
      </w:tr>
    </w:tbl>
    <w:p w14:paraId="60061E4C" w14:textId="77777777" w:rsidR="0066044B" w:rsidRDefault="0066044B">
      <w:pPr>
        <w:spacing w:before="80" w:after="4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15"/>
        <w:gridCol w:w="3515"/>
        <w:gridCol w:w="3515"/>
        <w:gridCol w:w="3515"/>
      </w:tblGrid>
      <w:tr w:rsidR="0066044B" w14:paraId="2051EA13" w14:textId="77777777">
        <w:trPr>
          <w:jc w:val="center"/>
        </w:trPr>
        <w:tc>
          <w:tcPr>
            <w:tcW w:w="3515" w:type="dxa"/>
            <w:tcBorders>
              <w:top w:val="single" w:sz="10" w:space="0" w:color="5C2D91"/>
              <w:left w:val="single" w:sz="10" w:space="0" w:color="5C2D91"/>
              <w:bottom w:val="single" w:sz="10" w:space="0" w:color="5C2D91"/>
              <w:right w:val="single" w:sz="10" w:space="0" w:color="5C2D91"/>
            </w:tcBorders>
            <w:shd w:val="clear" w:color="auto" w:fill="E8D9F4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4CDA5400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5C2D91"/>
                <w:sz w:val="16"/>
              </w:rPr>
              <w:t>INSET DAY</w:t>
            </w:r>
          </w:p>
        </w:tc>
        <w:tc>
          <w:tcPr>
            <w:tcW w:w="3515" w:type="dxa"/>
            <w:tcBorders>
              <w:top w:val="single" w:sz="10" w:space="0" w:color="007DBA"/>
              <w:left w:val="single" w:sz="10" w:space="0" w:color="007DBA"/>
              <w:bottom w:val="single" w:sz="10" w:space="0" w:color="007DBA"/>
              <w:right w:val="single" w:sz="10" w:space="0" w:color="007DBA"/>
            </w:tcBorders>
            <w:shd w:val="clear" w:color="auto" w:fill="D8EFFA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48A08046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007DBA"/>
                <w:sz w:val="16"/>
              </w:rPr>
              <w:t>HALF TERM</w:t>
            </w:r>
          </w:p>
        </w:tc>
        <w:tc>
          <w:tcPr>
            <w:tcW w:w="3515" w:type="dxa"/>
            <w:tcBorders>
              <w:top w:val="single" w:sz="10" w:space="0" w:color="17365D"/>
              <w:left w:val="single" w:sz="10" w:space="0" w:color="17365D"/>
              <w:bottom w:val="single" w:sz="10" w:space="0" w:color="17365D"/>
              <w:right w:val="single" w:sz="10" w:space="0" w:color="17365D"/>
            </w:tcBorders>
            <w:shd w:val="clear" w:color="auto" w:fill="EAF5FA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0BCF133D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17365D"/>
                <w:sz w:val="16"/>
              </w:rPr>
              <w:t>SCHOOL HOLIDAY</w:t>
            </w:r>
          </w:p>
        </w:tc>
        <w:tc>
          <w:tcPr>
            <w:tcW w:w="3515" w:type="dxa"/>
            <w:tcBorders>
              <w:top w:val="single" w:sz="10" w:space="0" w:color="176A51"/>
              <w:left w:val="single" w:sz="10" w:space="0" w:color="176A51"/>
              <w:bottom w:val="single" w:sz="10" w:space="0" w:color="176A51"/>
              <w:right w:val="single" w:sz="10" w:space="0" w:color="176A51"/>
            </w:tcBorders>
            <w:shd w:val="clear" w:color="auto" w:fill="DCEFE8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30D6933B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176A51"/>
                <w:sz w:val="16"/>
              </w:rPr>
              <w:t>BANK HOLIDAY</w:t>
            </w:r>
          </w:p>
        </w:tc>
      </w:tr>
    </w:tbl>
    <w:p w14:paraId="44EAFD9C" w14:textId="77777777" w:rsidR="0066044B" w:rsidRDefault="007F3BAA">
      <w: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11792"/>
        <w:gridCol w:w="1757"/>
      </w:tblGrid>
      <w:tr w:rsidR="0066044B" w14:paraId="52ADF721" w14:textId="77777777">
        <w:trPr>
          <w:jc w:val="center"/>
        </w:trPr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4B94D5A5" w14:textId="77777777" w:rsidR="0066044B" w:rsidRDefault="007F3BAA">
            <w:r>
              <w:rPr>
                <w:noProof/>
              </w:rPr>
              <w:lastRenderedPageBreak/>
              <w:drawing>
                <wp:inline distT="0" distB="0" distL="0" distR="0" wp14:anchorId="0A63BB30" wp14:editId="07777777">
                  <wp:extent cx="367989" cy="460800"/>
                  <wp:effectExtent l="0" t="0" r="0" b="0"/>
                  <wp:docPr id="2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B94FCCF-1F11-4766-9B82-1EC74C7E7B9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brendans_logo_cropped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989" cy="46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1C75F507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5C2D91"/>
                <w:sz w:val="50"/>
              </w:rPr>
              <w:t>October 2026</w:t>
            </w:r>
          </w:p>
        </w:tc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528BE63F" w14:textId="77777777" w:rsidR="0066044B" w:rsidRDefault="007F3BAA">
            <w:pPr>
              <w:jc w:val="right"/>
            </w:pPr>
            <w:r>
              <w:rPr>
                <w:b/>
                <w:color w:val="007DBA"/>
              </w:rPr>
              <w:t>ACADEMIC YEAR</w:t>
            </w:r>
            <w:r>
              <w:rPr>
                <w:b/>
                <w:color w:val="007DBA"/>
              </w:rPr>
              <w:br/>
              <w:t>2026-2027</w:t>
            </w:r>
          </w:p>
        </w:tc>
      </w:tr>
    </w:tbl>
    <w:p w14:paraId="382D98E6" w14:textId="77777777" w:rsidR="0066044B" w:rsidRDefault="007F3BAA">
      <w:pPr>
        <w:spacing w:after="80"/>
        <w:jc w:val="center"/>
      </w:pPr>
      <w:r>
        <w:rPr>
          <w:b/>
          <w:color w:val="17365D"/>
          <w:sz w:val="17"/>
        </w:rPr>
        <w:t>Autumn half term: Monday 19 - Friday 30 October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192"/>
        <w:gridCol w:w="3192"/>
        <w:gridCol w:w="3192"/>
      </w:tblGrid>
      <w:tr w:rsidR="0066044B" w14:paraId="4B4C8A85" w14:textId="77777777" w:rsidTr="6D3040C0">
        <w:trPr>
          <w:cantSplit/>
          <w:trHeight w:hRule="exact" w:val="369"/>
          <w:jc w:val="center"/>
        </w:trPr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0BDF9A6E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Monday</w:t>
            </w:r>
          </w:p>
        </w:tc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7DFE89F6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Tuesday</w:t>
            </w:r>
          </w:p>
        </w:tc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531FDC91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Wednesday</w:t>
            </w:r>
          </w:p>
        </w:tc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6E5DDD2B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Thursday</w:t>
            </w:r>
          </w:p>
        </w:tc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62F27318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Friday</w:t>
            </w:r>
          </w:p>
        </w:tc>
      </w:tr>
      <w:tr w:rsidR="0066044B" w14:paraId="4B73E586" w14:textId="77777777" w:rsidTr="6D3040C0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3DEEC669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3656B9AB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5FB0818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0D46BA4" w14:textId="63766F8F" w:rsidR="0066044B" w:rsidRDefault="0496E10C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</w:t>
            </w:r>
          </w:p>
          <w:p w14:paraId="6C4A8BB5" w14:textId="55A3187D" w:rsidR="0066044B" w:rsidRDefault="2010726D">
            <w:pPr>
              <w:spacing w:after="20"/>
            </w:pPr>
            <w:r w:rsidRPr="7029D8EC">
              <w:rPr>
                <w:b/>
                <w:bCs/>
                <w:color w:val="17365D" w:themeColor="text2" w:themeShade="BF"/>
                <w:sz w:val="24"/>
                <w:szCs w:val="24"/>
              </w:rPr>
              <w:t>Census Day</w:t>
            </w:r>
          </w:p>
          <w:p w14:paraId="56B20A0C" w14:textId="242324CF" w:rsidR="0066044B" w:rsidRDefault="09866A2B">
            <w:pPr>
              <w:spacing w:after="20"/>
            </w:pPr>
            <w:r w:rsidRPr="7029D8EC">
              <w:rPr>
                <w:b/>
                <w:bCs/>
                <w:color w:val="17365D" w:themeColor="text2" w:themeShade="BF"/>
                <w:sz w:val="24"/>
                <w:szCs w:val="24"/>
              </w:rPr>
              <w:t>Book Fair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157DBCE" w14:textId="6B690991" w:rsidR="0066044B" w:rsidRDefault="7D4E4B9D" w:rsidP="7D4E4B9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2</w:t>
            </w:r>
            <w:r w:rsidR="2B5F77B2"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</w:t>
            </w:r>
            <w:r w:rsidR="7C6CFB7C"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World Smile Day</w:t>
            </w:r>
          </w:p>
          <w:p w14:paraId="3E71FB01" w14:textId="6DE16C52" w:rsidR="0066044B" w:rsidRDefault="0D544B3D" w:rsidP="7D4E4B9D">
            <w:pPr>
              <w:spacing w:after="20"/>
            </w:pPr>
            <w:r w:rsidRPr="7029D8EC">
              <w:rPr>
                <w:b/>
                <w:bCs/>
                <w:color w:val="17365D" w:themeColor="text2" w:themeShade="BF"/>
                <w:sz w:val="24"/>
                <w:szCs w:val="24"/>
              </w:rPr>
              <w:t>Yr6 Swimming</w:t>
            </w:r>
          </w:p>
          <w:p w14:paraId="7144751B" w14:textId="7AD9DA29" w:rsidR="0066044B" w:rsidRDefault="05AA3D4E" w:rsidP="7D4E4B9D">
            <w:pPr>
              <w:spacing w:after="20"/>
            </w:pPr>
            <w:r w:rsidRPr="7029D8EC">
              <w:rPr>
                <w:b/>
                <w:bCs/>
                <w:color w:val="17365D" w:themeColor="text2" w:themeShade="BF"/>
                <w:sz w:val="24"/>
                <w:szCs w:val="24"/>
              </w:rPr>
              <w:t>Harvest Collection</w:t>
            </w:r>
          </w:p>
        </w:tc>
      </w:tr>
      <w:tr w:rsidR="0066044B" w14:paraId="77A3A0B4" w14:textId="77777777" w:rsidTr="6D3040C0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8941E47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5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29B4EA11" w14:textId="7D00863E" w:rsidR="0066044B" w:rsidRDefault="7D4E4B9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6 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5951C7D" w14:textId="79D857C3" w:rsidR="0066044B" w:rsidRDefault="5E3A4001" w:rsidP="7D4E4B9D">
            <w:pPr>
              <w:spacing w:after="20"/>
            </w:pPr>
            <w:r w:rsidRPr="7FC77E47">
              <w:rPr>
                <w:b/>
                <w:bCs/>
                <w:color w:val="17365D" w:themeColor="text2" w:themeShade="BF"/>
                <w:sz w:val="24"/>
                <w:szCs w:val="24"/>
              </w:rPr>
              <w:t>7</w:t>
            </w:r>
            <w:r w:rsidR="497944F9" w:rsidRPr="7FC77E47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KS1 Fergus Pet Therapy Dog</w:t>
            </w:r>
          </w:p>
          <w:p w14:paraId="109B8484" w14:textId="1E687C36" w:rsidR="0066044B" w:rsidRDefault="361860A4" w:rsidP="7FC77E47">
            <w:pPr>
              <w:spacing w:after="20"/>
            </w:pPr>
            <w:r w:rsidRPr="7FC77E47">
              <w:rPr>
                <w:b/>
                <w:bCs/>
                <w:color w:val="17365D" w:themeColor="text2" w:themeShade="BF"/>
                <w:sz w:val="24"/>
                <w:szCs w:val="24"/>
              </w:rPr>
              <w:t>Year 6 Information Meeting 3.30pm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03853697" w14:textId="189DD1D3" w:rsidR="0066044B" w:rsidRDefault="7D4E4B9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8  Yr </w:t>
            </w:r>
            <w:r w:rsidR="2BE90C61"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3 </w:t>
            </w: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Class Assembly</w:t>
            </w:r>
            <w:r w:rsidR="482C893C"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- 9:00am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3D9921AE" w14:textId="13C1B674" w:rsidR="0066044B" w:rsidRDefault="02DC769A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9 </w:t>
            </w:r>
            <w:r w:rsidR="7D4E4B9D"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</w:t>
            </w:r>
            <w:r w:rsidR="7D4E4B9D" w:rsidRPr="7D4E4B9D">
              <w:rPr>
                <w:color w:val="17365D" w:themeColor="text2" w:themeShade="BF"/>
                <w:sz w:val="24"/>
                <w:szCs w:val="24"/>
              </w:rPr>
              <w:t>Book Look – 3:20pm to 3:40pm</w:t>
            </w:r>
          </w:p>
          <w:p w14:paraId="089009E4" w14:textId="2DEC591A" w:rsidR="0066044B" w:rsidRDefault="42A022CB" w:rsidP="7D4E4B9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Yr6 Swimming</w:t>
            </w:r>
          </w:p>
        </w:tc>
      </w:tr>
      <w:tr w:rsidR="0066044B" w14:paraId="6B32EF85" w14:textId="77777777" w:rsidTr="6D3040C0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8DF98D7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12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3090D4E4" w14:textId="786E54AF" w:rsidR="0066044B" w:rsidRDefault="06DE56E7">
            <w:pPr>
              <w:spacing w:after="20"/>
            </w:pPr>
            <w:r w:rsidRPr="06DE56E7">
              <w:rPr>
                <w:b/>
                <w:bCs/>
                <w:color w:val="17365D" w:themeColor="text2" w:themeShade="BF"/>
                <w:sz w:val="24"/>
                <w:szCs w:val="24"/>
              </w:rPr>
              <w:t>13</w:t>
            </w:r>
          </w:p>
          <w:p w14:paraId="21B9311A" w14:textId="08F9144F" w:rsidR="0066044B" w:rsidRDefault="50065DA4" w:rsidP="620EBD16">
            <w:pPr>
              <w:spacing w:after="20"/>
              <w:rPr>
                <w:color w:val="17365D" w:themeColor="text2" w:themeShade="BF"/>
                <w:szCs w:val="18"/>
              </w:rPr>
            </w:pPr>
            <w:r w:rsidRPr="620EBD16">
              <w:rPr>
                <w:color w:val="17365D" w:themeColor="text2" w:themeShade="BF"/>
                <w:szCs w:val="18"/>
              </w:rPr>
              <w:t xml:space="preserve">Parents Evening </w:t>
            </w:r>
          </w:p>
          <w:p w14:paraId="39F18D26" w14:textId="63FD2D72" w:rsidR="0066044B" w:rsidRDefault="50065DA4" w:rsidP="620EBD16">
            <w:pPr>
              <w:spacing w:after="20"/>
              <w:rPr>
                <w:color w:val="17365D" w:themeColor="text2" w:themeShade="BF"/>
                <w:szCs w:val="18"/>
              </w:rPr>
            </w:pPr>
            <w:r w:rsidRPr="620EBD16">
              <w:rPr>
                <w:color w:val="17365D" w:themeColor="text2" w:themeShade="BF"/>
                <w:szCs w:val="18"/>
              </w:rPr>
              <w:t>(3.40pm – 6.30pm)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0F953182" w14:textId="2E2CAE8D" w:rsidR="0066044B" w:rsidRDefault="25A6C232" w:rsidP="06DE56E7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14</w:t>
            </w:r>
            <w:r w:rsidR="58D05CD6"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KS1 Fergus Pet Therapy Dog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0A9CA5D8" w14:textId="7290873A" w:rsidR="0066044B" w:rsidRDefault="620EBD16">
            <w:pPr>
              <w:spacing w:after="20"/>
            </w:pPr>
            <w:r w:rsidRPr="620EBD16">
              <w:rPr>
                <w:b/>
                <w:bCs/>
                <w:color w:val="17365D" w:themeColor="text2" w:themeShade="BF"/>
                <w:sz w:val="24"/>
                <w:szCs w:val="24"/>
              </w:rPr>
              <w:t>15</w:t>
            </w:r>
          </w:p>
          <w:p w14:paraId="4E292C95" w14:textId="08F9144F" w:rsidR="0066044B" w:rsidRDefault="1EF3BC6E" w:rsidP="620EBD16">
            <w:pPr>
              <w:spacing w:after="20"/>
              <w:rPr>
                <w:color w:val="17365D" w:themeColor="text2" w:themeShade="BF"/>
                <w:szCs w:val="18"/>
              </w:rPr>
            </w:pPr>
            <w:r w:rsidRPr="620EBD16">
              <w:rPr>
                <w:color w:val="17365D" w:themeColor="text2" w:themeShade="BF"/>
                <w:szCs w:val="18"/>
              </w:rPr>
              <w:t xml:space="preserve">Parents Evening </w:t>
            </w:r>
          </w:p>
          <w:p w14:paraId="19590053" w14:textId="63FD2D72" w:rsidR="0066044B" w:rsidRDefault="1EF3BC6E" w:rsidP="620EBD16">
            <w:pPr>
              <w:spacing w:after="20"/>
              <w:rPr>
                <w:color w:val="17365D" w:themeColor="text2" w:themeShade="BF"/>
                <w:szCs w:val="18"/>
              </w:rPr>
            </w:pPr>
            <w:r w:rsidRPr="620EBD16">
              <w:rPr>
                <w:color w:val="17365D" w:themeColor="text2" w:themeShade="BF"/>
                <w:szCs w:val="18"/>
              </w:rPr>
              <w:t>(3.40pm – 6.30pm)</w:t>
            </w:r>
          </w:p>
          <w:p w14:paraId="423D4B9D" w14:textId="23E007C8" w:rsidR="0066044B" w:rsidRDefault="0066044B" w:rsidP="620EBD16">
            <w:pPr>
              <w:spacing w:after="20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332028D9" w14:textId="3FD0D413" w:rsidR="0066044B" w:rsidRDefault="466E9F27" w:rsidP="7D4E4B9D">
            <w:pPr>
              <w:spacing w:after="20"/>
            </w:pPr>
            <w:r w:rsidRPr="6D3040C0">
              <w:rPr>
                <w:b/>
                <w:bCs/>
                <w:color w:val="17365D" w:themeColor="text2" w:themeShade="BF"/>
                <w:sz w:val="24"/>
                <w:szCs w:val="24"/>
              </w:rPr>
              <w:t>16</w:t>
            </w:r>
            <w:r w:rsidR="6BE6D433" w:rsidRPr="6D3040C0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Yr6 Swimming</w:t>
            </w:r>
          </w:p>
          <w:p w14:paraId="632BF140" w14:textId="48021631" w:rsidR="0066044B" w:rsidRDefault="449BFA15" w:rsidP="7D4E4B9D">
            <w:pPr>
              <w:spacing w:after="20"/>
            </w:pPr>
            <w:r w:rsidRPr="6D3040C0">
              <w:rPr>
                <w:b/>
                <w:bCs/>
                <w:color w:val="17365D" w:themeColor="text2" w:themeShade="BF"/>
                <w:sz w:val="24"/>
                <w:szCs w:val="24"/>
              </w:rPr>
              <w:t>Flu Immunisation Programme</w:t>
            </w:r>
          </w:p>
        </w:tc>
      </w:tr>
      <w:tr w:rsidR="0066044B" w14:paraId="5A42A41D" w14:textId="77777777" w:rsidTr="6D3040C0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2847A633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19</w:t>
            </w:r>
          </w:p>
          <w:p w14:paraId="1142E1C1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007DBA"/>
                <w:sz w:val="15"/>
              </w:rPr>
              <w:t>AUTUMN HALF TERM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007C906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20</w:t>
            </w:r>
          </w:p>
          <w:p w14:paraId="4E39F992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007DBA"/>
                <w:sz w:val="15"/>
              </w:rPr>
              <w:t>AUTUMN HALF TERM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C375A72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21</w:t>
            </w:r>
          </w:p>
          <w:p w14:paraId="423DF7F1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007DBA"/>
                <w:sz w:val="15"/>
              </w:rPr>
              <w:t>AUTUMN HALF TERM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07581EC8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22</w:t>
            </w:r>
          </w:p>
          <w:p w14:paraId="5467CFA7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007DBA"/>
                <w:sz w:val="15"/>
              </w:rPr>
              <w:t>AUTUMN HALF TERM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346E8674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23</w:t>
            </w:r>
          </w:p>
          <w:p w14:paraId="0E326FB6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007DBA"/>
                <w:sz w:val="15"/>
              </w:rPr>
              <w:t>AUTUMN HALF TERM</w:t>
            </w:r>
          </w:p>
        </w:tc>
      </w:tr>
      <w:tr w:rsidR="0066044B" w14:paraId="5C5D26A4" w14:textId="77777777" w:rsidTr="6D3040C0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36334656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26</w:t>
            </w:r>
          </w:p>
          <w:p w14:paraId="1E69525C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007DBA"/>
                <w:sz w:val="15"/>
              </w:rPr>
              <w:t>AUTUMN HALF TERM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1C0AA51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27</w:t>
            </w:r>
          </w:p>
          <w:p w14:paraId="7D1B96F7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007DBA"/>
                <w:sz w:val="15"/>
              </w:rPr>
              <w:t>AUTUMN HALF TERM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30768756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28</w:t>
            </w:r>
          </w:p>
          <w:p w14:paraId="4B2586CE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007DBA"/>
                <w:sz w:val="15"/>
              </w:rPr>
              <w:t>AUTUMN HALF TERM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41FAE07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29</w:t>
            </w:r>
          </w:p>
          <w:p w14:paraId="6AED8F69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007DBA"/>
                <w:sz w:val="15"/>
              </w:rPr>
              <w:t>AUTUMN HALF TERM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0DA3216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30</w:t>
            </w:r>
          </w:p>
          <w:p w14:paraId="38D853CF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007DBA"/>
                <w:sz w:val="15"/>
              </w:rPr>
              <w:t>AUTUMN HALF TERM</w:t>
            </w:r>
          </w:p>
        </w:tc>
      </w:tr>
      <w:tr w:rsidR="0066044B" w14:paraId="049F31CB" w14:textId="77777777" w:rsidTr="6D3040C0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3128261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2486C05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101652C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B99056E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299C43A" w14:textId="77777777" w:rsidR="0066044B" w:rsidRDefault="0066044B"/>
        </w:tc>
      </w:tr>
    </w:tbl>
    <w:p w14:paraId="4DDBEF00" w14:textId="77777777" w:rsidR="0066044B" w:rsidRDefault="0066044B">
      <w:pPr>
        <w:spacing w:before="80" w:after="4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15"/>
        <w:gridCol w:w="3515"/>
        <w:gridCol w:w="3515"/>
        <w:gridCol w:w="3515"/>
      </w:tblGrid>
      <w:tr w:rsidR="0066044B" w14:paraId="665C7D30" w14:textId="77777777">
        <w:trPr>
          <w:jc w:val="center"/>
        </w:trPr>
        <w:tc>
          <w:tcPr>
            <w:tcW w:w="3515" w:type="dxa"/>
            <w:tcBorders>
              <w:top w:val="single" w:sz="10" w:space="0" w:color="5C2D91"/>
              <w:left w:val="single" w:sz="10" w:space="0" w:color="5C2D91"/>
              <w:bottom w:val="single" w:sz="10" w:space="0" w:color="5C2D91"/>
              <w:right w:val="single" w:sz="10" w:space="0" w:color="5C2D91"/>
            </w:tcBorders>
            <w:shd w:val="clear" w:color="auto" w:fill="E8D9F4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4216CD97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5C2D91"/>
                <w:sz w:val="16"/>
              </w:rPr>
              <w:t>INSET DAY</w:t>
            </w:r>
          </w:p>
        </w:tc>
        <w:tc>
          <w:tcPr>
            <w:tcW w:w="3515" w:type="dxa"/>
            <w:tcBorders>
              <w:top w:val="single" w:sz="10" w:space="0" w:color="007DBA"/>
              <w:left w:val="single" w:sz="10" w:space="0" w:color="007DBA"/>
              <w:bottom w:val="single" w:sz="10" w:space="0" w:color="007DBA"/>
              <w:right w:val="single" w:sz="10" w:space="0" w:color="007DBA"/>
            </w:tcBorders>
            <w:shd w:val="clear" w:color="auto" w:fill="D8EFFA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5194E677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007DBA"/>
                <w:sz w:val="16"/>
              </w:rPr>
              <w:t>HALF TERM</w:t>
            </w:r>
          </w:p>
        </w:tc>
        <w:tc>
          <w:tcPr>
            <w:tcW w:w="3515" w:type="dxa"/>
            <w:tcBorders>
              <w:top w:val="single" w:sz="10" w:space="0" w:color="17365D"/>
              <w:left w:val="single" w:sz="10" w:space="0" w:color="17365D"/>
              <w:bottom w:val="single" w:sz="10" w:space="0" w:color="17365D"/>
              <w:right w:val="single" w:sz="10" w:space="0" w:color="17365D"/>
            </w:tcBorders>
            <w:shd w:val="clear" w:color="auto" w:fill="EAF5FA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4E06CB0C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17365D"/>
                <w:sz w:val="16"/>
              </w:rPr>
              <w:t>SCHOOL HOLIDAY</w:t>
            </w:r>
          </w:p>
        </w:tc>
        <w:tc>
          <w:tcPr>
            <w:tcW w:w="3515" w:type="dxa"/>
            <w:tcBorders>
              <w:top w:val="single" w:sz="10" w:space="0" w:color="176A51"/>
              <w:left w:val="single" w:sz="10" w:space="0" w:color="176A51"/>
              <w:bottom w:val="single" w:sz="10" w:space="0" w:color="176A51"/>
              <w:right w:val="single" w:sz="10" w:space="0" w:color="176A51"/>
            </w:tcBorders>
            <w:shd w:val="clear" w:color="auto" w:fill="DCEFE8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79950298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176A51"/>
                <w:sz w:val="16"/>
              </w:rPr>
              <w:t>BANK HOLIDAY</w:t>
            </w:r>
          </w:p>
        </w:tc>
      </w:tr>
    </w:tbl>
    <w:p w14:paraId="3461D779" w14:textId="77777777" w:rsidR="0066044B" w:rsidRDefault="007F3BAA">
      <w: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11792"/>
        <w:gridCol w:w="1757"/>
      </w:tblGrid>
      <w:tr w:rsidR="0066044B" w14:paraId="6CB63F98" w14:textId="77777777">
        <w:trPr>
          <w:jc w:val="center"/>
        </w:trPr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3CF2D8B6" w14:textId="77777777" w:rsidR="0066044B" w:rsidRDefault="007F3BAA">
            <w:r>
              <w:rPr>
                <w:noProof/>
              </w:rPr>
              <w:lastRenderedPageBreak/>
              <w:drawing>
                <wp:inline distT="0" distB="0" distL="0" distR="0" wp14:anchorId="5DB9856B" wp14:editId="07777777">
                  <wp:extent cx="367989" cy="460800"/>
                  <wp:effectExtent l="0" t="0" r="0" b="0"/>
                  <wp:docPr id="3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8D9C0B2-0049-4490-8B56-0FBFDD7E574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brendans_logo_cropped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989" cy="46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5FABDD7E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5C2D91"/>
                <w:sz w:val="50"/>
              </w:rPr>
              <w:t>November 2026</w:t>
            </w:r>
          </w:p>
        </w:tc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01640ACF" w14:textId="77777777" w:rsidR="0066044B" w:rsidRDefault="007F3BAA">
            <w:pPr>
              <w:jc w:val="right"/>
            </w:pPr>
            <w:r>
              <w:rPr>
                <w:b/>
                <w:color w:val="007DBA"/>
              </w:rPr>
              <w:t>ACADEMIC YEAR</w:t>
            </w:r>
            <w:r>
              <w:rPr>
                <w:b/>
                <w:color w:val="007DBA"/>
              </w:rPr>
              <w:br/>
              <w:t>2026-2027</w:t>
            </w:r>
          </w:p>
        </w:tc>
      </w:tr>
    </w:tbl>
    <w:p w14:paraId="667AC587" w14:textId="77777777" w:rsidR="0066044B" w:rsidRDefault="007F3BAA">
      <w:pPr>
        <w:spacing w:after="80"/>
        <w:jc w:val="center"/>
      </w:pPr>
      <w:r>
        <w:rPr>
          <w:b/>
          <w:color w:val="17365D"/>
          <w:sz w:val="17"/>
        </w:rPr>
        <w:t>INSET Day: Friday 27 November</w:t>
      </w:r>
    </w:p>
    <w:tbl>
      <w:tblPr>
        <w:tblW w:w="0" w:type="auto"/>
        <w:jc w:val="center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192"/>
        <w:gridCol w:w="3192"/>
        <w:gridCol w:w="3192"/>
      </w:tblGrid>
      <w:tr w:rsidR="0066044B" w14:paraId="64129716" w14:textId="77777777" w:rsidTr="14622102">
        <w:trPr>
          <w:cantSplit/>
          <w:trHeight w:hRule="exact" w:val="369"/>
          <w:jc w:val="center"/>
        </w:trPr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44C83C5C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Monday</w:t>
            </w:r>
          </w:p>
        </w:tc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670A77CF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Tuesday</w:t>
            </w:r>
          </w:p>
        </w:tc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5D8168B5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Wednesday</w:t>
            </w:r>
          </w:p>
        </w:tc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326147A1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Thursday</w:t>
            </w:r>
          </w:p>
        </w:tc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62A9B7E9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Friday</w:t>
            </w:r>
          </w:p>
        </w:tc>
      </w:tr>
      <w:tr w:rsidR="0066044B" w14:paraId="0FB78278" w14:textId="77777777" w:rsidTr="14622102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FC39945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0562CB0E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34CE0A41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2EBF3C5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D98A12B" w14:textId="77777777" w:rsidR="0066044B" w:rsidRDefault="0066044B"/>
        </w:tc>
      </w:tr>
      <w:tr w:rsidR="0066044B" w14:paraId="099A2709" w14:textId="77777777" w:rsidTr="14622102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033C33E0" w14:textId="26BE345D" w:rsidR="0066044B" w:rsidRDefault="606A129C">
            <w:pPr>
              <w:spacing w:after="20"/>
            </w:pPr>
            <w:r w:rsidRPr="6D3040C0">
              <w:rPr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79D2F369" w:rsidRPr="6D3040C0">
              <w:rPr>
                <w:b/>
                <w:bCs/>
                <w:color w:val="000000" w:themeColor="text1"/>
                <w:sz w:val="24"/>
                <w:szCs w:val="24"/>
              </w:rPr>
              <w:t xml:space="preserve">  </w:t>
            </w:r>
          </w:p>
          <w:p w14:paraId="78E884CA" w14:textId="01665C5F" w:rsidR="0066044B" w:rsidRDefault="0066044B" w:rsidP="6D3040C0">
            <w:pPr>
              <w:spacing w:after="20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0B778152" w14:textId="77777777" w:rsidR="0066044B" w:rsidRDefault="606A129C" w:rsidP="6D3040C0">
            <w:pPr>
              <w:spacing w:after="20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6D3040C0">
              <w:rPr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279935FF" w14:textId="77777777" w:rsidR="0066044B" w:rsidRDefault="606A129C" w:rsidP="6D3040C0">
            <w:pPr>
              <w:spacing w:after="20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6D3040C0">
              <w:rPr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4240AAE" w14:textId="77777777" w:rsidR="0066044B" w:rsidRDefault="606A129C" w:rsidP="6D3040C0">
            <w:pPr>
              <w:spacing w:after="20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6D3040C0">
              <w:rPr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8AFF014" w14:textId="7AFB74D5" w:rsidR="0066044B" w:rsidRDefault="466E9F27" w:rsidP="6D3040C0">
            <w:pPr>
              <w:spacing w:after="20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6D3040C0">
              <w:rPr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4569909B" w:rsidRPr="6D3040C0">
              <w:rPr>
                <w:b/>
                <w:bCs/>
                <w:color w:val="000000" w:themeColor="text1"/>
                <w:sz w:val="24"/>
                <w:szCs w:val="24"/>
              </w:rPr>
              <w:t xml:space="preserve"> Yr6 Swimming</w:t>
            </w:r>
          </w:p>
          <w:p w14:paraId="1B87E3DE" w14:textId="1070B4DD" w:rsidR="0066044B" w:rsidRDefault="547CA566" w:rsidP="6D3040C0">
            <w:pPr>
              <w:spacing w:after="20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6D3040C0">
              <w:rPr>
                <w:b/>
                <w:bCs/>
                <w:color w:val="000000" w:themeColor="text1"/>
                <w:sz w:val="24"/>
                <w:szCs w:val="24"/>
              </w:rPr>
              <w:t>School Photos</w:t>
            </w:r>
            <w:r w:rsidR="0096562B">
              <w:rPr>
                <w:b/>
                <w:bCs/>
                <w:color w:val="000000" w:themeColor="text1"/>
                <w:sz w:val="24"/>
                <w:szCs w:val="24"/>
              </w:rPr>
              <w:t xml:space="preserve"> (Individual &amp; Sibling)</w:t>
            </w:r>
          </w:p>
        </w:tc>
      </w:tr>
      <w:tr w:rsidR="0066044B" w14:paraId="0D8C5063" w14:textId="77777777" w:rsidTr="14622102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2124560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9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46DE71A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10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35DA4F4" w14:textId="56DC0796" w:rsidR="0066044B" w:rsidRDefault="606A129C">
            <w:pPr>
              <w:spacing w:after="20"/>
            </w:pPr>
            <w:r w:rsidRPr="6D3040C0">
              <w:rPr>
                <w:b/>
                <w:bCs/>
                <w:color w:val="17365D" w:themeColor="text2" w:themeShade="BF"/>
                <w:sz w:val="24"/>
                <w:szCs w:val="24"/>
              </w:rPr>
              <w:t>11</w:t>
            </w:r>
            <w:r w:rsidR="64A2EBB4" w:rsidRPr="6D3040C0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Remembrance 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394C502F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12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0A7D2755" w14:textId="15698241" w:rsidR="0066044B" w:rsidRDefault="117BA52A" w:rsidP="6D3040C0">
            <w:pPr>
              <w:spacing w:after="20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  <w:r w:rsidRPr="6D3040C0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13   </w:t>
            </w:r>
          </w:p>
          <w:p w14:paraId="7D67874D" w14:textId="6C697E2F" w:rsidR="0066044B" w:rsidRDefault="5DAF9E6E" w:rsidP="7D4E4B9D">
            <w:pPr>
              <w:spacing w:after="20"/>
            </w:pPr>
            <w:r w:rsidRPr="14622102">
              <w:rPr>
                <w:b/>
                <w:bCs/>
                <w:color w:val="17365D" w:themeColor="text2" w:themeShade="BF"/>
                <w:sz w:val="24"/>
                <w:szCs w:val="24"/>
              </w:rPr>
              <w:t>Yr6 Swimming</w:t>
            </w:r>
          </w:p>
          <w:p w14:paraId="5D0116D1" w14:textId="06084815" w:rsidR="0066044B" w:rsidRDefault="72163431" w:rsidP="7D4E4B9D">
            <w:pPr>
              <w:spacing w:after="20"/>
            </w:pPr>
            <w:r w:rsidRPr="14622102">
              <w:rPr>
                <w:b/>
                <w:bCs/>
                <w:color w:val="17365D" w:themeColor="text2" w:themeShade="BF"/>
                <w:sz w:val="24"/>
                <w:szCs w:val="24"/>
              </w:rPr>
              <w:t>RunPudsey – Fun Run</w:t>
            </w:r>
          </w:p>
        </w:tc>
      </w:tr>
      <w:tr w:rsidR="0066044B" w14:paraId="54011278" w14:textId="77777777" w:rsidTr="14622102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316E6C5" w14:textId="60C3980D" w:rsidR="0066044B" w:rsidRDefault="7A7A764B">
            <w:pPr>
              <w:spacing w:after="20"/>
            </w:pPr>
            <w:r w:rsidRPr="3F52C306">
              <w:rPr>
                <w:b/>
                <w:bCs/>
                <w:color w:val="17365D" w:themeColor="text2" w:themeShade="BF"/>
                <w:sz w:val="24"/>
                <w:szCs w:val="24"/>
              </w:rPr>
              <w:t>16</w:t>
            </w:r>
            <w:r w:rsidR="08E73C2D" w:rsidRPr="3F52C306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Anti Bullying Week</w:t>
            </w:r>
          </w:p>
          <w:p w14:paraId="339EFE5D" w14:textId="59ED6690" w:rsidR="0066044B" w:rsidRDefault="08E73C2D">
            <w:pPr>
              <w:spacing w:after="20"/>
            </w:pPr>
            <w:r w:rsidRPr="3F52C306">
              <w:rPr>
                <w:b/>
                <w:bCs/>
                <w:color w:val="17365D" w:themeColor="text2" w:themeShade="BF"/>
                <w:sz w:val="24"/>
                <w:szCs w:val="24"/>
              </w:rPr>
              <w:t>Odd Socks 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0C4C30AE" w14:textId="1BCBAFAD" w:rsidR="0066044B" w:rsidRDefault="3FBEDFF1" w:rsidP="3F52C306">
            <w:pPr>
              <w:spacing w:after="20"/>
            </w:pPr>
            <w:r w:rsidRPr="6D3040C0">
              <w:rPr>
                <w:b/>
                <w:bCs/>
                <w:color w:val="17365D" w:themeColor="text2" w:themeShade="BF"/>
                <w:sz w:val="24"/>
                <w:szCs w:val="24"/>
              </w:rPr>
              <w:t>17</w:t>
            </w:r>
            <w:r w:rsidR="335FC3C8" w:rsidRPr="6D3040C0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Anti Bullying Week</w:t>
            </w:r>
          </w:p>
          <w:p w14:paraId="5DA96121" w14:textId="20FF0AC8" w:rsidR="0066044B" w:rsidRDefault="0066044B" w:rsidP="3F52C306">
            <w:pPr>
              <w:spacing w:after="20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47EB7EC" w14:textId="02B26233" w:rsidR="0066044B" w:rsidRDefault="3FBEDFF1">
            <w:pPr>
              <w:spacing w:after="20"/>
            </w:pPr>
            <w:r w:rsidRPr="6D3040C0">
              <w:rPr>
                <w:b/>
                <w:bCs/>
                <w:color w:val="17365D" w:themeColor="text2" w:themeShade="BF"/>
                <w:sz w:val="24"/>
                <w:szCs w:val="24"/>
              </w:rPr>
              <w:t>18</w:t>
            </w:r>
            <w:r w:rsidR="31A4AA56" w:rsidRPr="6D3040C0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Anti Bullying Week</w:t>
            </w:r>
          </w:p>
          <w:p w14:paraId="5D9857E1" w14:textId="66A67783" w:rsidR="0066044B" w:rsidRDefault="0066044B" w:rsidP="3F52C306">
            <w:pPr>
              <w:spacing w:after="20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78EF43F" w14:textId="2930CDD9" w:rsidR="0066044B" w:rsidRDefault="02D11D45" w:rsidP="6D3040C0">
            <w:pPr>
              <w:spacing w:after="20"/>
            </w:pPr>
            <w:r w:rsidRPr="14622102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19 </w:t>
            </w:r>
            <w:r w:rsidR="39351629" w:rsidRPr="14622102">
              <w:rPr>
                <w:b/>
                <w:bCs/>
                <w:color w:val="17365D" w:themeColor="text2" w:themeShade="BF"/>
                <w:sz w:val="24"/>
                <w:szCs w:val="24"/>
              </w:rPr>
              <w:t>Anti Bullying Week</w:t>
            </w:r>
          </w:p>
          <w:p w14:paraId="7C14D38D" w14:textId="347A620A" w:rsidR="0066044B" w:rsidRDefault="2221B253" w:rsidP="6D3040C0">
            <w:pPr>
              <w:spacing w:after="20"/>
            </w:pPr>
            <w:r w:rsidRPr="14622102">
              <w:rPr>
                <w:b/>
                <w:bCs/>
                <w:color w:val="17365D" w:themeColor="text2" w:themeShade="BF"/>
                <w:sz w:val="24"/>
                <w:szCs w:val="24"/>
              </w:rPr>
              <w:t>Year 6 Class – Class Assembly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2A4FFC0" w14:textId="5E7C36EA" w:rsidR="0066044B" w:rsidRDefault="0A379A30" w:rsidP="6D3040C0">
            <w:pPr>
              <w:spacing w:after="20"/>
            </w:pPr>
            <w:r w:rsidRPr="14622102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20 </w:t>
            </w:r>
            <w:r w:rsidR="39351629" w:rsidRPr="14622102">
              <w:rPr>
                <w:b/>
                <w:bCs/>
                <w:color w:val="17365D" w:themeColor="text2" w:themeShade="BF"/>
                <w:sz w:val="24"/>
                <w:szCs w:val="24"/>
              </w:rPr>
              <w:t>Anti Bullying Week</w:t>
            </w:r>
          </w:p>
        </w:tc>
      </w:tr>
      <w:tr w:rsidR="0066044B" w14:paraId="252FC7BD" w14:textId="77777777" w:rsidTr="14622102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A79C848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23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0AA4FC67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24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C203047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25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029B61C8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26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8D9F4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7F78040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27</w:t>
            </w:r>
          </w:p>
          <w:p w14:paraId="2C556A65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5C2D91"/>
                <w:sz w:val="15"/>
              </w:rPr>
              <w:t>INSET DAY</w:t>
            </w:r>
          </w:p>
        </w:tc>
      </w:tr>
      <w:tr w:rsidR="0066044B" w14:paraId="18E8C380" w14:textId="77777777" w:rsidTr="14622102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6B40F80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30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2946DB82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997CC1D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10FFD37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B699379" w14:textId="77777777" w:rsidR="0066044B" w:rsidRDefault="0066044B"/>
        </w:tc>
      </w:tr>
    </w:tbl>
    <w:p w14:paraId="3FE9F23F" w14:textId="77777777" w:rsidR="0066044B" w:rsidRDefault="0066044B">
      <w:pPr>
        <w:spacing w:before="80" w:after="40"/>
      </w:pPr>
    </w:p>
    <w:tbl>
      <w:tblPr>
        <w:tblW w:w="16200" w:type="dxa"/>
        <w:jc w:val="center"/>
        <w:tblLayout w:type="fixed"/>
        <w:tblLook w:val="04A0" w:firstRow="1" w:lastRow="0" w:firstColumn="1" w:lastColumn="0" w:noHBand="0" w:noVBand="1"/>
      </w:tblPr>
      <w:tblGrid>
        <w:gridCol w:w="2700"/>
        <w:gridCol w:w="2700"/>
        <w:gridCol w:w="2700"/>
        <w:gridCol w:w="2700"/>
        <w:gridCol w:w="2700"/>
        <w:gridCol w:w="2700"/>
      </w:tblGrid>
      <w:tr w:rsidR="0066044B" w14:paraId="2A9F0E16" w14:textId="77777777" w:rsidTr="6D3040C0">
        <w:trPr>
          <w:trHeight w:val="300"/>
          <w:jc w:val="center"/>
        </w:trPr>
        <w:tc>
          <w:tcPr>
            <w:tcW w:w="2700" w:type="dxa"/>
            <w:tcBorders>
              <w:top w:val="single" w:sz="10" w:space="0" w:color="5C2D91"/>
              <w:left w:val="single" w:sz="10" w:space="0" w:color="5C2D91"/>
              <w:bottom w:val="single" w:sz="10" w:space="0" w:color="5C2D91"/>
              <w:right w:val="single" w:sz="10" w:space="0" w:color="5C2D91"/>
            </w:tcBorders>
            <w:shd w:val="clear" w:color="auto" w:fill="E8D9F4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4E7D1B7F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5C2D91"/>
                <w:sz w:val="16"/>
              </w:rPr>
              <w:t>INSET DAY</w:t>
            </w:r>
          </w:p>
        </w:tc>
        <w:tc>
          <w:tcPr>
            <w:tcW w:w="2700" w:type="dxa"/>
            <w:tcBorders>
              <w:top w:val="single" w:sz="10" w:space="0" w:color="007DBA"/>
              <w:left w:val="single" w:sz="10" w:space="0" w:color="007DBA"/>
              <w:bottom w:val="single" w:sz="10" w:space="0" w:color="007DBA"/>
              <w:right w:val="single" w:sz="10" w:space="0" w:color="007DBA"/>
            </w:tcBorders>
            <w:shd w:val="clear" w:color="auto" w:fill="D8EFFA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47A24927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007DBA"/>
                <w:sz w:val="16"/>
              </w:rPr>
              <w:t>HALF TERM</w:t>
            </w:r>
          </w:p>
        </w:tc>
        <w:tc>
          <w:tcPr>
            <w:tcW w:w="2700" w:type="dxa"/>
            <w:tcBorders>
              <w:top w:val="single" w:sz="10" w:space="0" w:color="17365D" w:themeColor="text2" w:themeShade="BF"/>
              <w:left w:val="single" w:sz="10" w:space="0" w:color="17365D" w:themeColor="text2" w:themeShade="BF"/>
              <w:bottom w:val="single" w:sz="10" w:space="0" w:color="17365D" w:themeColor="text2" w:themeShade="BF"/>
              <w:right w:val="single" w:sz="10" w:space="0" w:color="17365D" w:themeColor="text2" w:themeShade="BF"/>
            </w:tcBorders>
            <w:shd w:val="clear" w:color="auto" w:fill="EAF5FA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180AF155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17365D"/>
                <w:sz w:val="16"/>
              </w:rPr>
              <w:t>SCHOOL HOLIDAY</w:t>
            </w:r>
          </w:p>
        </w:tc>
        <w:tc>
          <w:tcPr>
            <w:tcW w:w="2700" w:type="dxa"/>
            <w:tcBorders>
              <w:top w:val="single" w:sz="10" w:space="0" w:color="176A51"/>
              <w:left w:val="single" w:sz="10" w:space="0" w:color="176A51"/>
              <w:bottom w:val="single" w:sz="10" w:space="0" w:color="176A51"/>
              <w:right w:val="single" w:sz="10" w:space="0" w:color="176A51"/>
            </w:tcBorders>
            <w:shd w:val="clear" w:color="auto" w:fill="DCEFE8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1D7FD81E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176A51"/>
                <w:sz w:val="16"/>
              </w:rPr>
              <w:t>BANK HOLIDAY</w:t>
            </w:r>
          </w:p>
        </w:tc>
        <w:tc>
          <w:tcPr>
            <w:tcW w:w="2700" w:type="dxa"/>
            <w:tcBorders>
              <w:top w:val="single" w:sz="10" w:space="0" w:color="176A51"/>
              <w:left w:val="single" w:sz="10" w:space="0" w:color="176A51"/>
              <w:bottom w:val="single" w:sz="10" w:space="0" w:color="176A51"/>
              <w:right w:val="single" w:sz="10" w:space="0" w:color="176A51"/>
            </w:tcBorders>
            <w:shd w:val="clear" w:color="auto" w:fill="B2A1C7" w:themeFill="accent4" w:themeFillTint="99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45936782" w14:textId="1AB086D5" w:rsidR="7C3D91D3" w:rsidRDefault="7C3D91D3" w:rsidP="6D3040C0">
            <w:pPr>
              <w:jc w:val="center"/>
            </w:pPr>
            <w:r w:rsidRPr="6D3040C0">
              <w:rPr>
                <w:b/>
                <w:bCs/>
                <w:color w:val="176A51"/>
                <w:sz w:val="16"/>
                <w:szCs w:val="16"/>
              </w:rPr>
              <w:t>PPA (A)</w:t>
            </w:r>
          </w:p>
        </w:tc>
        <w:tc>
          <w:tcPr>
            <w:tcW w:w="2700" w:type="dxa"/>
            <w:tcBorders>
              <w:top w:val="single" w:sz="10" w:space="0" w:color="176A51"/>
              <w:left w:val="single" w:sz="10" w:space="0" w:color="176A51"/>
              <w:bottom w:val="single" w:sz="10" w:space="0" w:color="176A51"/>
              <w:right w:val="single" w:sz="10" w:space="0" w:color="176A51"/>
            </w:tcBorders>
            <w:shd w:val="clear" w:color="auto" w:fill="92D050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38510C21" w14:textId="40ADAD51" w:rsidR="7C3D91D3" w:rsidRDefault="7C3D91D3" w:rsidP="6D3040C0">
            <w:pPr>
              <w:jc w:val="center"/>
            </w:pPr>
            <w:r w:rsidRPr="6D3040C0">
              <w:rPr>
                <w:b/>
                <w:bCs/>
                <w:color w:val="176A51"/>
                <w:sz w:val="16"/>
                <w:szCs w:val="16"/>
              </w:rPr>
              <w:t>PPA  (B)</w:t>
            </w:r>
          </w:p>
        </w:tc>
      </w:tr>
    </w:tbl>
    <w:p w14:paraId="1F72F646" w14:textId="77777777" w:rsidR="0066044B" w:rsidRDefault="007F3BAA">
      <w: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11792"/>
        <w:gridCol w:w="1757"/>
      </w:tblGrid>
      <w:tr w:rsidR="0066044B" w14:paraId="18DF3199" w14:textId="77777777">
        <w:trPr>
          <w:jc w:val="center"/>
        </w:trPr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08CE6F91" w14:textId="77777777" w:rsidR="0066044B" w:rsidRDefault="007F3BAA">
            <w:r>
              <w:rPr>
                <w:noProof/>
              </w:rPr>
              <w:lastRenderedPageBreak/>
              <w:drawing>
                <wp:inline distT="0" distB="0" distL="0" distR="0" wp14:anchorId="054D5DC8" wp14:editId="07777777">
                  <wp:extent cx="367989" cy="460800"/>
                  <wp:effectExtent l="0" t="0" r="0" b="0"/>
                  <wp:docPr id="4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09171A1-A36A-433F-81DA-502D4EC20DF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brendans_logo_cropped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989" cy="46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58B6CA31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5C2D91"/>
                <w:sz w:val="50"/>
              </w:rPr>
              <w:t>December 2026</w:t>
            </w:r>
          </w:p>
        </w:tc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76CEBD1A" w14:textId="77777777" w:rsidR="0066044B" w:rsidRDefault="007F3BAA">
            <w:pPr>
              <w:jc w:val="right"/>
            </w:pPr>
            <w:r>
              <w:rPr>
                <w:b/>
                <w:color w:val="007DBA"/>
              </w:rPr>
              <w:t>ACADEMIC YEAR</w:t>
            </w:r>
            <w:r>
              <w:rPr>
                <w:b/>
                <w:color w:val="007DBA"/>
              </w:rPr>
              <w:br/>
              <w:t>2026-2027</w:t>
            </w:r>
          </w:p>
        </w:tc>
      </w:tr>
    </w:tbl>
    <w:p w14:paraId="36F72E43" w14:textId="77777777" w:rsidR="0066044B" w:rsidRDefault="007F3BAA">
      <w:pPr>
        <w:spacing w:after="80"/>
        <w:jc w:val="center"/>
      </w:pPr>
      <w:r>
        <w:rPr>
          <w:b/>
          <w:color w:val="17365D"/>
          <w:sz w:val="17"/>
        </w:rPr>
        <w:t>INSET Day: Monday 21 December | Christmas holiday begins Tuesday 22 December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192"/>
        <w:gridCol w:w="3192"/>
        <w:gridCol w:w="3192"/>
      </w:tblGrid>
      <w:tr w:rsidR="0066044B" w14:paraId="5648B1DF" w14:textId="77777777" w:rsidTr="14622102">
        <w:trPr>
          <w:cantSplit/>
          <w:trHeight w:hRule="exact" w:val="369"/>
          <w:jc w:val="center"/>
        </w:trPr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4FF51E04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Monday</w:t>
            </w:r>
          </w:p>
        </w:tc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6D975242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Tuesday</w:t>
            </w:r>
          </w:p>
        </w:tc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0DE7A5CA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Wednesday</w:t>
            </w:r>
          </w:p>
        </w:tc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303886C3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Thursday</w:t>
            </w:r>
          </w:p>
        </w:tc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49218CEF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Friday</w:t>
            </w:r>
          </w:p>
        </w:tc>
      </w:tr>
      <w:tr w:rsidR="0066044B" w14:paraId="6E71BFDA" w14:textId="77777777" w:rsidTr="14622102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1CDCEAD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249FAAB8" w14:textId="66DA5168" w:rsidR="0066044B" w:rsidRDefault="606A129C" w:rsidP="6D3040C0">
            <w:pPr>
              <w:spacing w:after="20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  <w:r w:rsidRPr="6D3040C0">
              <w:rPr>
                <w:b/>
                <w:bCs/>
                <w:color w:val="17365D" w:themeColor="text2" w:themeShade="BF"/>
                <w:sz w:val="24"/>
                <w:szCs w:val="24"/>
              </w:rPr>
              <w:t>1</w:t>
            </w:r>
            <w:r w:rsidR="1C87D547" w:rsidRPr="6D3040C0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 Rocksteady concert 9am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842F596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A036E3D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3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C964D78" w14:textId="166943E3" w:rsidR="0066044B" w:rsidRDefault="7D4E4B9D" w:rsidP="7D4E4B9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4</w:t>
            </w:r>
            <w:r w:rsidR="27E93307"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Yr6 Swimming</w:t>
            </w:r>
          </w:p>
        </w:tc>
      </w:tr>
      <w:tr w:rsidR="0066044B" w14:paraId="30E8F459" w14:textId="77777777" w:rsidTr="14622102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F74D8FD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7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38313DB7" w14:textId="6F6A2755" w:rsidR="0066044B" w:rsidRDefault="5B94608D">
            <w:pPr>
              <w:spacing w:after="20"/>
            </w:pPr>
            <w:r w:rsidRPr="3F52C306">
              <w:rPr>
                <w:b/>
                <w:bCs/>
                <w:color w:val="17365D" w:themeColor="text2" w:themeShade="BF"/>
                <w:sz w:val="24"/>
                <w:szCs w:val="24"/>
              </w:rPr>
              <w:t>8</w:t>
            </w:r>
            <w:r w:rsidR="1CBBB280" w:rsidRPr="3F52C306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EYFS- </w:t>
            </w:r>
            <w:r w:rsidR="07AEEAC1" w:rsidRPr="3F52C306">
              <w:rPr>
                <w:b/>
                <w:bCs/>
                <w:color w:val="17365D" w:themeColor="text2" w:themeShade="BF"/>
                <w:sz w:val="24"/>
                <w:szCs w:val="24"/>
              </w:rPr>
              <w:t>N</w:t>
            </w:r>
            <w:r w:rsidR="1CBBB280" w:rsidRPr="3F52C306">
              <w:rPr>
                <w:b/>
                <w:bCs/>
                <w:color w:val="17365D" w:themeColor="text2" w:themeShade="BF"/>
                <w:sz w:val="24"/>
                <w:szCs w:val="24"/>
              </w:rPr>
              <w:t>ativity 9:</w:t>
            </w:r>
            <w:r w:rsidR="610115AD" w:rsidRPr="3F52C306">
              <w:rPr>
                <w:b/>
                <w:bCs/>
                <w:color w:val="17365D" w:themeColor="text2" w:themeShade="BF"/>
                <w:sz w:val="24"/>
                <w:szCs w:val="24"/>
              </w:rPr>
              <w:t>15</w:t>
            </w:r>
            <w:r w:rsidR="1CBBB280" w:rsidRPr="3F52C306">
              <w:rPr>
                <w:b/>
                <w:bCs/>
                <w:color w:val="17365D" w:themeColor="text2" w:themeShade="BF"/>
                <w:sz w:val="24"/>
                <w:szCs w:val="24"/>
              </w:rPr>
              <w:t>am</w:t>
            </w:r>
          </w:p>
          <w:p w14:paraId="49832D11" w14:textId="4C7C8466" w:rsidR="0066044B" w:rsidRDefault="574A6D83" w:rsidP="3F52C306">
            <w:pPr>
              <w:spacing w:after="20"/>
            </w:pPr>
            <w:r w:rsidRPr="3F52C306">
              <w:rPr>
                <w:b/>
                <w:bCs/>
                <w:color w:val="17365D" w:themeColor="text2" w:themeShade="BF"/>
                <w:sz w:val="24"/>
                <w:szCs w:val="24"/>
              </w:rPr>
              <w:t>Carols by Candlelight Yr5/6- 5:30pm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34BD2DED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9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06B4119" w14:textId="73F9999D" w:rsidR="0066044B" w:rsidRDefault="34FB7234" w:rsidP="3F52C306">
            <w:pPr>
              <w:spacing w:after="20"/>
            </w:pPr>
            <w:r w:rsidRPr="5EC29566">
              <w:rPr>
                <w:b/>
                <w:bCs/>
                <w:color w:val="17365D" w:themeColor="text2" w:themeShade="BF"/>
                <w:sz w:val="24"/>
                <w:szCs w:val="24"/>
              </w:rPr>
              <w:t>10</w:t>
            </w:r>
            <w:r w:rsidR="71546224" w:rsidRPr="5EC29566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</w:t>
            </w:r>
            <w:r w:rsidR="321C580C" w:rsidRPr="5EC29566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- 3:30pm to 4:30pm- </w:t>
            </w:r>
            <w:r w:rsidR="784253F5" w:rsidRPr="5EC29566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Key Stage 1 Disco – Christmas Disco</w:t>
            </w:r>
          </w:p>
          <w:p w14:paraId="5F6FC5F3" w14:textId="36A680E1" w:rsidR="0066044B" w:rsidRDefault="0066044B" w:rsidP="5EC29566">
            <w:pPr>
              <w:spacing w:after="20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</w:p>
          <w:p w14:paraId="3E1FE5D4" w14:textId="7D961E4B" w:rsidR="0066044B" w:rsidRDefault="784253F5" w:rsidP="3F52C306">
            <w:pPr>
              <w:spacing w:after="20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  <w:r w:rsidRPr="5EC29566">
              <w:rPr>
                <w:b/>
                <w:bCs/>
                <w:color w:val="17365D" w:themeColor="text2" w:themeShade="BF"/>
                <w:sz w:val="24"/>
                <w:szCs w:val="24"/>
              </w:rPr>
              <w:t>5:</w:t>
            </w:r>
            <w:r w:rsidR="3682D892" w:rsidRPr="5EC29566">
              <w:rPr>
                <w:b/>
                <w:bCs/>
                <w:color w:val="17365D" w:themeColor="text2" w:themeShade="BF"/>
                <w:sz w:val="24"/>
                <w:szCs w:val="24"/>
              </w:rPr>
              <w:t>0</w:t>
            </w:r>
            <w:r w:rsidRPr="5EC29566">
              <w:rPr>
                <w:b/>
                <w:bCs/>
                <w:color w:val="17365D" w:themeColor="text2" w:themeShade="BF"/>
                <w:sz w:val="24"/>
                <w:szCs w:val="24"/>
              </w:rPr>
              <w:t>0pm to 6:</w:t>
            </w:r>
            <w:r w:rsidR="76E36A0F" w:rsidRPr="5EC29566">
              <w:rPr>
                <w:b/>
                <w:bCs/>
                <w:color w:val="17365D" w:themeColor="text2" w:themeShade="BF"/>
                <w:sz w:val="24"/>
                <w:szCs w:val="24"/>
              </w:rPr>
              <w:t>15</w:t>
            </w:r>
            <w:r w:rsidRPr="5EC29566">
              <w:rPr>
                <w:b/>
                <w:bCs/>
                <w:color w:val="17365D" w:themeColor="text2" w:themeShade="BF"/>
                <w:sz w:val="24"/>
                <w:szCs w:val="24"/>
              </w:rPr>
              <w:t>pm</w:t>
            </w:r>
            <w:r w:rsidR="1A548694" w:rsidRPr="5EC29566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– Key Stage 2- </w:t>
            </w:r>
            <w:r w:rsidR="01A08AC4" w:rsidRPr="5EC29566">
              <w:rPr>
                <w:b/>
                <w:bCs/>
                <w:color w:val="17365D" w:themeColor="text2" w:themeShade="BF"/>
                <w:sz w:val="24"/>
                <w:szCs w:val="24"/>
              </w:rPr>
              <w:t>Christmas Disco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A622172" w14:textId="0972908C" w:rsidR="0066044B" w:rsidRDefault="7D4E4B9D" w:rsidP="7D4E4B9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11</w:t>
            </w:r>
            <w:r w:rsidR="7E262F97"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Yr6 Swimming</w:t>
            </w:r>
          </w:p>
        </w:tc>
      </w:tr>
      <w:tr w:rsidR="0066044B" w14:paraId="13638C32" w14:textId="77777777" w:rsidTr="14622102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052CBC2D" w14:textId="3360ECBA" w:rsidR="0066044B" w:rsidRDefault="299FC995" w:rsidP="14622102">
            <w:pPr>
              <w:spacing w:after="20"/>
            </w:pPr>
            <w:r w:rsidRPr="14622102">
              <w:rPr>
                <w:b/>
                <w:bCs/>
                <w:color w:val="17365D" w:themeColor="text2" w:themeShade="BF"/>
                <w:sz w:val="24"/>
                <w:szCs w:val="24"/>
              </w:rPr>
              <w:t>14</w:t>
            </w:r>
            <w:r w:rsidR="194214AC" w:rsidRPr="14622102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Year 2 Christmas performance- 9:15am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C2A823A" w14:textId="2E84632C" w:rsidR="0066044B" w:rsidRDefault="2E615332" w:rsidP="7029D8EC">
            <w:pPr>
              <w:spacing w:after="20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  <w:r w:rsidRPr="7029D8EC">
              <w:rPr>
                <w:b/>
                <w:bCs/>
                <w:color w:val="17365D" w:themeColor="text2" w:themeShade="BF"/>
                <w:sz w:val="24"/>
                <w:szCs w:val="24"/>
              </w:rPr>
              <w:t>15</w:t>
            </w:r>
            <w:r w:rsidR="45B6995D" w:rsidRPr="7029D8EC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 Yr 1 Christmas performance</w:t>
            </w:r>
            <w:r w:rsidR="439DA19F" w:rsidRPr="7029D8EC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– 9:15am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C675C08" w14:textId="0971376A" w:rsidR="0066044B" w:rsidRDefault="2E615332" w:rsidP="7029D8EC">
            <w:pPr>
              <w:spacing w:after="20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  <w:r w:rsidRPr="7029D8EC">
              <w:rPr>
                <w:b/>
                <w:bCs/>
                <w:color w:val="17365D" w:themeColor="text2" w:themeShade="BF"/>
                <w:sz w:val="24"/>
                <w:szCs w:val="24"/>
              </w:rPr>
              <w:t>16</w:t>
            </w:r>
            <w:r w:rsidR="697EA003" w:rsidRPr="7029D8EC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Year ½ Christmas performance</w:t>
            </w:r>
            <w:r w:rsidR="4D4E69E2" w:rsidRPr="7029D8EC">
              <w:rPr>
                <w:b/>
                <w:bCs/>
                <w:color w:val="17365D" w:themeColor="text2" w:themeShade="BF"/>
                <w:sz w:val="24"/>
                <w:szCs w:val="24"/>
              </w:rPr>
              <w:t>- 9:15am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055753C0" w14:textId="6EE6B84A" w:rsidR="0066044B" w:rsidRDefault="36A4154E" w:rsidP="14622102">
            <w:pPr>
              <w:spacing w:after="20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  <w:r w:rsidRPr="14622102">
              <w:rPr>
                <w:b/>
                <w:bCs/>
                <w:color w:val="17365D" w:themeColor="text2" w:themeShade="BF"/>
                <w:sz w:val="24"/>
                <w:szCs w:val="24"/>
              </w:rPr>
              <w:t>17</w:t>
            </w:r>
            <w:r w:rsidR="389DA46F" w:rsidRPr="14622102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</w:t>
            </w:r>
          </w:p>
          <w:p w14:paraId="4A84EDA7" w14:textId="06E93E8F" w:rsidR="0066044B" w:rsidRDefault="0066044B" w:rsidP="14622102">
            <w:pPr>
              <w:spacing w:after="20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</w:p>
          <w:p w14:paraId="32DF9E93" w14:textId="266619BC" w:rsidR="0066044B" w:rsidRDefault="61A4498C" w:rsidP="7029D8EC">
            <w:pPr>
              <w:spacing w:after="20"/>
            </w:pPr>
            <w:r w:rsidRPr="14622102">
              <w:rPr>
                <w:b/>
                <w:bCs/>
                <w:color w:val="17365D" w:themeColor="text2" w:themeShade="BF"/>
                <w:sz w:val="24"/>
                <w:szCs w:val="24"/>
              </w:rPr>
              <w:t>Christmas PANTO 9:00am and 10:15am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818E51F" w14:textId="62DF2610" w:rsidR="0066044B" w:rsidRDefault="7D4E4B9D" w:rsidP="7D4E4B9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18</w:t>
            </w:r>
            <w:r w:rsidR="611DDA76"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Yr6 Swimming</w:t>
            </w:r>
          </w:p>
        </w:tc>
      </w:tr>
      <w:tr w:rsidR="0066044B" w14:paraId="11010E55" w14:textId="77777777" w:rsidTr="14622102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8D9F4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263A498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21</w:t>
            </w:r>
          </w:p>
          <w:p w14:paraId="341FD707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5C2D91"/>
                <w:sz w:val="15"/>
              </w:rPr>
              <w:t>INSET 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3538BBD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22</w:t>
            </w:r>
          </w:p>
          <w:p w14:paraId="064214A7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365D"/>
                <w:sz w:val="15"/>
              </w:rPr>
              <w:t>CHRISTMAS HOLIDAY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EB4CCBD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23</w:t>
            </w:r>
          </w:p>
          <w:p w14:paraId="4B86D32D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365D"/>
                <w:sz w:val="15"/>
              </w:rPr>
              <w:t>CHRISTMAS HOLIDAY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6723FB0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24</w:t>
            </w:r>
          </w:p>
          <w:p w14:paraId="20905A12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365D"/>
                <w:sz w:val="15"/>
              </w:rPr>
              <w:t>CHRISTMAS HOLIDAY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DCEFE8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2AFCDB24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25</w:t>
            </w:r>
          </w:p>
          <w:p w14:paraId="1A2CA867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6A51"/>
                <w:sz w:val="15"/>
              </w:rPr>
              <w:t>CHRISTMAS DAY</w:t>
            </w:r>
          </w:p>
        </w:tc>
      </w:tr>
      <w:tr w:rsidR="0066044B" w14:paraId="1C645F88" w14:textId="77777777" w:rsidTr="14622102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109C677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28</w:t>
            </w:r>
          </w:p>
          <w:p w14:paraId="6EAC5228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365D"/>
                <w:sz w:val="15"/>
              </w:rPr>
              <w:t>CHRISTMAS HOLIDAY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2C3DA19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29</w:t>
            </w:r>
          </w:p>
          <w:p w14:paraId="3D1AC5A9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365D"/>
                <w:sz w:val="15"/>
              </w:rPr>
              <w:t>CHRISTMAS HOLIDAY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2E98577D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30</w:t>
            </w:r>
          </w:p>
          <w:p w14:paraId="42680C32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365D"/>
                <w:sz w:val="15"/>
              </w:rPr>
              <w:t>CHRISTMAS HOLIDAY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2C8B330C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31</w:t>
            </w:r>
          </w:p>
          <w:p w14:paraId="17D3D89A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365D"/>
                <w:sz w:val="15"/>
              </w:rPr>
              <w:t>CHRISTMAS HOLIDAY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BB9E253" w14:textId="77777777" w:rsidR="0066044B" w:rsidRDefault="0066044B"/>
        </w:tc>
      </w:tr>
      <w:tr w:rsidR="0066044B" w14:paraId="23DE523C" w14:textId="77777777" w:rsidTr="14622102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2E56223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07547A01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043CB0F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07459315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537F28F" w14:textId="77777777" w:rsidR="0066044B" w:rsidRDefault="0066044B"/>
        </w:tc>
      </w:tr>
    </w:tbl>
    <w:p w14:paraId="6DFB9E20" w14:textId="77777777" w:rsidR="0066044B" w:rsidRDefault="0066044B">
      <w:pPr>
        <w:spacing w:before="80" w:after="40"/>
      </w:pPr>
    </w:p>
    <w:tbl>
      <w:tblPr>
        <w:tblW w:w="16200" w:type="dxa"/>
        <w:jc w:val="center"/>
        <w:tblLayout w:type="fixed"/>
        <w:tblLook w:val="04A0" w:firstRow="1" w:lastRow="0" w:firstColumn="1" w:lastColumn="0" w:noHBand="0" w:noVBand="1"/>
      </w:tblPr>
      <w:tblGrid>
        <w:gridCol w:w="2700"/>
        <w:gridCol w:w="2700"/>
        <w:gridCol w:w="2700"/>
        <w:gridCol w:w="2700"/>
        <w:gridCol w:w="2700"/>
        <w:gridCol w:w="2700"/>
      </w:tblGrid>
      <w:tr w:rsidR="0066044B" w14:paraId="6C6059EB" w14:textId="77777777" w:rsidTr="6D3040C0">
        <w:trPr>
          <w:trHeight w:val="300"/>
          <w:jc w:val="center"/>
        </w:trPr>
        <w:tc>
          <w:tcPr>
            <w:tcW w:w="2700" w:type="dxa"/>
            <w:tcBorders>
              <w:top w:val="single" w:sz="10" w:space="0" w:color="5C2D91"/>
              <w:left w:val="single" w:sz="10" w:space="0" w:color="5C2D91"/>
              <w:bottom w:val="single" w:sz="10" w:space="0" w:color="5C2D91"/>
              <w:right w:val="single" w:sz="10" w:space="0" w:color="5C2D91"/>
            </w:tcBorders>
            <w:shd w:val="clear" w:color="auto" w:fill="E8D9F4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4D446730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5C2D91"/>
                <w:sz w:val="16"/>
              </w:rPr>
              <w:t>INSET DAY</w:t>
            </w:r>
          </w:p>
        </w:tc>
        <w:tc>
          <w:tcPr>
            <w:tcW w:w="2700" w:type="dxa"/>
            <w:tcBorders>
              <w:top w:val="single" w:sz="10" w:space="0" w:color="007DBA"/>
              <w:left w:val="single" w:sz="10" w:space="0" w:color="007DBA"/>
              <w:bottom w:val="single" w:sz="10" w:space="0" w:color="007DBA"/>
              <w:right w:val="single" w:sz="10" w:space="0" w:color="007DBA"/>
            </w:tcBorders>
            <w:shd w:val="clear" w:color="auto" w:fill="D8EFFA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79BFC9FB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007DBA"/>
                <w:sz w:val="16"/>
              </w:rPr>
              <w:t>HALF TERM</w:t>
            </w:r>
          </w:p>
        </w:tc>
        <w:tc>
          <w:tcPr>
            <w:tcW w:w="2700" w:type="dxa"/>
            <w:tcBorders>
              <w:top w:val="single" w:sz="10" w:space="0" w:color="17365D" w:themeColor="text2" w:themeShade="BF"/>
              <w:left w:val="single" w:sz="10" w:space="0" w:color="17365D" w:themeColor="text2" w:themeShade="BF"/>
              <w:bottom w:val="single" w:sz="10" w:space="0" w:color="17365D" w:themeColor="text2" w:themeShade="BF"/>
              <w:right w:val="single" w:sz="10" w:space="0" w:color="17365D" w:themeColor="text2" w:themeShade="BF"/>
            </w:tcBorders>
            <w:shd w:val="clear" w:color="auto" w:fill="EAF5FA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0A810B96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17365D"/>
                <w:sz w:val="16"/>
              </w:rPr>
              <w:t>SCHOOL HOLIDAY</w:t>
            </w:r>
          </w:p>
        </w:tc>
        <w:tc>
          <w:tcPr>
            <w:tcW w:w="2700" w:type="dxa"/>
            <w:tcBorders>
              <w:top w:val="single" w:sz="10" w:space="0" w:color="176A51"/>
              <w:left w:val="single" w:sz="10" w:space="0" w:color="176A51"/>
              <w:bottom w:val="single" w:sz="10" w:space="0" w:color="176A51"/>
              <w:right w:val="single" w:sz="10" w:space="0" w:color="176A51"/>
            </w:tcBorders>
            <w:shd w:val="clear" w:color="auto" w:fill="DCEFE8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50E4EAB6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176A51"/>
                <w:sz w:val="16"/>
              </w:rPr>
              <w:t>BANK HOLIDAY</w:t>
            </w:r>
          </w:p>
        </w:tc>
        <w:tc>
          <w:tcPr>
            <w:tcW w:w="2700" w:type="dxa"/>
            <w:tcBorders>
              <w:top w:val="single" w:sz="10" w:space="0" w:color="176A51"/>
              <w:left w:val="single" w:sz="10" w:space="0" w:color="176A51"/>
              <w:bottom w:val="single" w:sz="10" w:space="0" w:color="176A51"/>
              <w:right w:val="single" w:sz="10" w:space="0" w:color="176A51"/>
            </w:tcBorders>
            <w:shd w:val="clear" w:color="auto" w:fill="B2A1C7" w:themeFill="accent4" w:themeFillTint="99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2EECACC0" w14:textId="55132DF1" w:rsidR="5ABC3A6C" w:rsidRDefault="5ABC3A6C" w:rsidP="6D3040C0">
            <w:pPr>
              <w:jc w:val="center"/>
            </w:pPr>
            <w:r w:rsidRPr="6D3040C0">
              <w:rPr>
                <w:b/>
                <w:bCs/>
                <w:color w:val="176A51"/>
                <w:sz w:val="16"/>
                <w:szCs w:val="16"/>
              </w:rPr>
              <w:t>PPA (A)</w:t>
            </w:r>
          </w:p>
        </w:tc>
        <w:tc>
          <w:tcPr>
            <w:tcW w:w="2700" w:type="dxa"/>
            <w:tcBorders>
              <w:top w:val="single" w:sz="10" w:space="0" w:color="176A51"/>
              <w:left w:val="single" w:sz="10" w:space="0" w:color="176A51"/>
              <w:bottom w:val="single" w:sz="10" w:space="0" w:color="176A51"/>
              <w:right w:val="single" w:sz="10" w:space="0" w:color="176A51"/>
            </w:tcBorders>
            <w:shd w:val="clear" w:color="auto" w:fill="92D050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59535F60" w14:textId="3F2F6E86" w:rsidR="5ABC3A6C" w:rsidRDefault="5ABC3A6C" w:rsidP="6D3040C0">
            <w:pPr>
              <w:jc w:val="center"/>
            </w:pPr>
            <w:r w:rsidRPr="6D3040C0">
              <w:rPr>
                <w:b/>
                <w:bCs/>
                <w:color w:val="176A51"/>
                <w:sz w:val="16"/>
                <w:szCs w:val="16"/>
              </w:rPr>
              <w:t>PPA (B)</w:t>
            </w:r>
          </w:p>
        </w:tc>
      </w:tr>
    </w:tbl>
    <w:p w14:paraId="70DF9E56" w14:textId="77777777" w:rsidR="0066044B" w:rsidRDefault="007F3BAA">
      <w: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11792"/>
        <w:gridCol w:w="1757"/>
      </w:tblGrid>
      <w:tr w:rsidR="0066044B" w14:paraId="2A0D7E5F" w14:textId="77777777">
        <w:trPr>
          <w:jc w:val="center"/>
        </w:trPr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44E871BC" w14:textId="77777777" w:rsidR="0066044B" w:rsidRDefault="007F3BAA">
            <w:r>
              <w:rPr>
                <w:noProof/>
              </w:rPr>
              <w:lastRenderedPageBreak/>
              <w:drawing>
                <wp:inline distT="0" distB="0" distL="0" distR="0" wp14:anchorId="24F9E919" wp14:editId="07777777">
                  <wp:extent cx="367989" cy="460800"/>
                  <wp:effectExtent l="0" t="0" r="0" b="0"/>
                  <wp:docPr id="5" name="Picture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58F84E8-455A-4CC6-80D3-4B457AD6FAF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brendans_logo_cropped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989" cy="46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2E937729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5C2D91"/>
                <w:sz w:val="50"/>
              </w:rPr>
              <w:t>January 2027</w:t>
            </w:r>
          </w:p>
        </w:tc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17CD592E" w14:textId="77777777" w:rsidR="0066044B" w:rsidRDefault="007F3BAA">
            <w:pPr>
              <w:jc w:val="right"/>
            </w:pPr>
            <w:r>
              <w:rPr>
                <w:b/>
                <w:color w:val="007DBA"/>
              </w:rPr>
              <w:t>ACADEMIC YEAR</w:t>
            </w:r>
            <w:r>
              <w:rPr>
                <w:b/>
                <w:color w:val="007DBA"/>
              </w:rPr>
              <w:br/>
              <w:t>2026-2027</w:t>
            </w:r>
          </w:p>
        </w:tc>
      </w:tr>
    </w:tbl>
    <w:p w14:paraId="52DE115E" w14:textId="77777777" w:rsidR="0066044B" w:rsidRDefault="007F3BAA">
      <w:pPr>
        <w:spacing w:after="80"/>
        <w:jc w:val="center"/>
      </w:pPr>
      <w:r>
        <w:rPr>
          <w:b/>
          <w:color w:val="17365D"/>
          <w:sz w:val="17"/>
        </w:rPr>
        <w:t>Christmas holiday continues through Friday 1 January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192"/>
        <w:gridCol w:w="3192"/>
        <w:gridCol w:w="3192"/>
      </w:tblGrid>
      <w:tr w:rsidR="0066044B" w14:paraId="5D9BC616" w14:textId="77777777" w:rsidTr="6D3040C0">
        <w:trPr>
          <w:cantSplit/>
          <w:trHeight w:hRule="exact" w:val="369"/>
          <w:jc w:val="center"/>
        </w:trPr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715D99DF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Monday</w:t>
            </w:r>
          </w:p>
        </w:tc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439DFC39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Tuesday</w:t>
            </w:r>
          </w:p>
        </w:tc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049D3934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Wednesday</w:t>
            </w:r>
          </w:p>
        </w:tc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546C2C85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Thursday</w:t>
            </w:r>
          </w:p>
        </w:tc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6EBD4489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Friday</w:t>
            </w:r>
          </w:p>
        </w:tc>
      </w:tr>
      <w:tr w:rsidR="0066044B" w14:paraId="0D701B5E" w14:textId="77777777" w:rsidTr="6D3040C0">
        <w:trPr>
          <w:cantSplit/>
          <w:trHeight w:val="945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44A5D23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38610EB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37805D2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63F29E8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DCEFE8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9F14E3C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</w:t>
            </w:r>
          </w:p>
          <w:p w14:paraId="112156E8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6A51"/>
                <w:sz w:val="15"/>
              </w:rPr>
              <w:t>NEW YEAR'S DAY</w:t>
            </w:r>
          </w:p>
        </w:tc>
      </w:tr>
      <w:tr w:rsidR="0066044B" w14:paraId="70AE4D73" w14:textId="77777777" w:rsidTr="6D3040C0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7310F6F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4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6DB90EB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5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946A7AE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6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28AF3A15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7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CE4F91D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8</w:t>
            </w:r>
          </w:p>
        </w:tc>
      </w:tr>
      <w:tr w:rsidR="0066044B" w14:paraId="012442E6" w14:textId="77777777" w:rsidTr="6D3040C0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6335038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11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0063D61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12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15384D1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13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5C6873E" w14:textId="26136180" w:rsidR="0066044B" w:rsidRDefault="5E3A4001" w:rsidP="7D4E4B9D">
            <w:pPr>
              <w:spacing w:after="20"/>
            </w:pPr>
            <w:r w:rsidRPr="7FC77E47">
              <w:rPr>
                <w:b/>
                <w:bCs/>
                <w:color w:val="17365D" w:themeColor="text2" w:themeShade="BF"/>
                <w:sz w:val="24"/>
                <w:szCs w:val="24"/>
              </w:rPr>
              <w:t>14</w:t>
            </w:r>
            <w:r w:rsidR="4F0AB64E" w:rsidRPr="7FC77E47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 Year ¾ Class assembly</w:t>
            </w:r>
            <w:r w:rsidR="06DC9AD6" w:rsidRPr="7FC77E47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9.00am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1150DF2" w14:textId="321C3E5C" w:rsidR="0066044B" w:rsidRDefault="7D4E4B9D" w:rsidP="7D4E4B9D">
            <w:pPr>
              <w:spacing w:after="20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15  </w:t>
            </w:r>
          </w:p>
        </w:tc>
      </w:tr>
      <w:tr w:rsidR="0066044B" w14:paraId="02ECF8D3" w14:textId="77777777" w:rsidTr="6D3040C0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D34F29C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18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65B2BCC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19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A6A9027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20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267B13BB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21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27287505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22</w:t>
            </w:r>
          </w:p>
        </w:tc>
      </w:tr>
      <w:tr w:rsidR="0066044B" w14:paraId="1E37DB9C" w14:textId="77777777" w:rsidTr="6D3040C0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BF7B80B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25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71397B0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26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CDC7B3B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27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A9E3E4F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28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61F074D" w14:textId="39DBBDD8" w:rsidR="0066044B" w:rsidRDefault="7D4E4B9D" w:rsidP="7D4E4B9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29 </w:t>
            </w:r>
            <w:r w:rsidRPr="7D4E4B9D">
              <w:rPr>
                <w:color w:val="17365D" w:themeColor="text2" w:themeShade="BF"/>
                <w:sz w:val="24"/>
                <w:szCs w:val="24"/>
              </w:rPr>
              <w:t>Book Look – 3:20pm to 3:40pm</w:t>
            </w:r>
          </w:p>
        </w:tc>
      </w:tr>
      <w:tr w:rsidR="0066044B" w14:paraId="3B7B4B86" w14:textId="77777777" w:rsidTr="6D3040C0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3A0FF5F2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630AD66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1829076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2BA226A1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7AD93B2" w14:textId="77777777" w:rsidR="0066044B" w:rsidRDefault="0066044B"/>
        </w:tc>
      </w:tr>
    </w:tbl>
    <w:p w14:paraId="0DE4B5B7" w14:textId="77777777" w:rsidR="0066044B" w:rsidRDefault="0066044B">
      <w:pPr>
        <w:spacing w:before="80" w:after="40"/>
      </w:pPr>
    </w:p>
    <w:tbl>
      <w:tblPr>
        <w:tblW w:w="16200" w:type="dxa"/>
        <w:jc w:val="center"/>
        <w:tblLayout w:type="fixed"/>
        <w:tblLook w:val="04A0" w:firstRow="1" w:lastRow="0" w:firstColumn="1" w:lastColumn="0" w:noHBand="0" w:noVBand="1"/>
      </w:tblPr>
      <w:tblGrid>
        <w:gridCol w:w="2700"/>
        <w:gridCol w:w="2700"/>
        <w:gridCol w:w="2700"/>
        <w:gridCol w:w="2700"/>
        <w:gridCol w:w="2700"/>
        <w:gridCol w:w="2700"/>
      </w:tblGrid>
      <w:tr w:rsidR="0066044B" w14:paraId="4AC20FF5" w14:textId="77777777" w:rsidTr="6D3040C0">
        <w:trPr>
          <w:trHeight w:val="300"/>
          <w:jc w:val="center"/>
        </w:trPr>
        <w:tc>
          <w:tcPr>
            <w:tcW w:w="2700" w:type="dxa"/>
            <w:tcBorders>
              <w:top w:val="single" w:sz="10" w:space="0" w:color="5C2D91"/>
              <w:left w:val="single" w:sz="10" w:space="0" w:color="5C2D91"/>
              <w:bottom w:val="single" w:sz="10" w:space="0" w:color="5C2D91"/>
              <w:right w:val="single" w:sz="10" w:space="0" w:color="5C2D91"/>
            </w:tcBorders>
            <w:shd w:val="clear" w:color="auto" w:fill="E8D9F4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3B83B694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5C2D91"/>
                <w:sz w:val="16"/>
              </w:rPr>
              <w:t>INSET DAY</w:t>
            </w:r>
          </w:p>
        </w:tc>
        <w:tc>
          <w:tcPr>
            <w:tcW w:w="2700" w:type="dxa"/>
            <w:tcBorders>
              <w:top w:val="single" w:sz="10" w:space="0" w:color="007DBA"/>
              <w:left w:val="single" w:sz="10" w:space="0" w:color="007DBA"/>
              <w:bottom w:val="single" w:sz="10" w:space="0" w:color="007DBA"/>
              <w:right w:val="single" w:sz="10" w:space="0" w:color="007DBA"/>
            </w:tcBorders>
            <w:shd w:val="clear" w:color="auto" w:fill="D8EFFA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537526E1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007DBA"/>
                <w:sz w:val="16"/>
              </w:rPr>
              <w:t>HALF TERM</w:t>
            </w:r>
          </w:p>
        </w:tc>
        <w:tc>
          <w:tcPr>
            <w:tcW w:w="2700" w:type="dxa"/>
            <w:tcBorders>
              <w:top w:val="single" w:sz="10" w:space="0" w:color="17365D" w:themeColor="text2" w:themeShade="BF"/>
              <w:left w:val="single" w:sz="10" w:space="0" w:color="17365D" w:themeColor="text2" w:themeShade="BF"/>
              <w:bottom w:val="single" w:sz="10" w:space="0" w:color="17365D" w:themeColor="text2" w:themeShade="BF"/>
              <w:right w:val="single" w:sz="10" w:space="0" w:color="17365D" w:themeColor="text2" w:themeShade="BF"/>
            </w:tcBorders>
            <w:shd w:val="clear" w:color="auto" w:fill="EAF5FA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54BB4036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17365D"/>
                <w:sz w:val="16"/>
              </w:rPr>
              <w:t>SCHOOL HOLIDAY</w:t>
            </w:r>
          </w:p>
        </w:tc>
        <w:tc>
          <w:tcPr>
            <w:tcW w:w="2700" w:type="dxa"/>
            <w:tcBorders>
              <w:top w:val="single" w:sz="10" w:space="0" w:color="176A51"/>
              <w:left w:val="single" w:sz="10" w:space="0" w:color="176A51"/>
              <w:bottom w:val="single" w:sz="10" w:space="0" w:color="176A51"/>
              <w:right w:val="single" w:sz="10" w:space="0" w:color="176A51"/>
            </w:tcBorders>
            <w:shd w:val="clear" w:color="auto" w:fill="DCEFE8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7D9F6804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176A51"/>
                <w:sz w:val="16"/>
              </w:rPr>
              <w:t>BANK HOLIDAY</w:t>
            </w:r>
          </w:p>
        </w:tc>
        <w:tc>
          <w:tcPr>
            <w:tcW w:w="2700" w:type="dxa"/>
            <w:tcBorders>
              <w:top w:val="single" w:sz="10" w:space="0" w:color="176A51"/>
              <w:left w:val="single" w:sz="10" w:space="0" w:color="176A51"/>
              <w:bottom w:val="single" w:sz="10" w:space="0" w:color="176A51"/>
              <w:right w:val="single" w:sz="10" w:space="0" w:color="176A51"/>
            </w:tcBorders>
            <w:shd w:val="clear" w:color="auto" w:fill="B2A1C7" w:themeFill="accent4" w:themeFillTint="99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4E1F40F6" w14:textId="76546A28" w:rsidR="6A546179" w:rsidRDefault="6A546179" w:rsidP="6D3040C0">
            <w:pPr>
              <w:jc w:val="center"/>
            </w:pPr>
            <w:r w:rsidRPr="6D3040C0">
              <w:rPr>
                <w:b/>
                <w:bCs/>
                <w:color w:val="176A51"/>
                <w:sz w:val="16"/>
                <w:szCs w:val="16"/>
              </w:rPr>
              <w:t>PPA (A)</w:t>
            </w:r>
          </w:p>
        </w:tc>
        <w:tc>
          <w:tcPr>
            <w:tcW w:w="2700" w:type="dxa"/>
            <w:tcBorders>
              <w:top w:val="single" w:sz="10" w:space="0" w:color="176A51"/>
              <w:left w:val="single" w:sz="10" w:space="0" w:color="176A51"/>
              <w:bottom w:val="single" w:sz="10" w:space="0" w:color="176A51"/>
              <w:right w:val="single" w:sz="10" w:space="0" w:color="176A51"/>
            </w:tcBorders>
            <w:shd w:val="clear" w:color="auto" w:fill="92D050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1F5D0432" w14:textId="5B37F083" w:rsidR="6A546179" w:rsidRDefault="6A546179" w:rsidP="6D3040C0">
            <w:pPr>
              <w:jc w:val="center"/>
            </w:pPr>
            <w:r w:rsidRPr="6D3040C0">
              <w:rPr>
                <w:b/>
                <w:bCs/>
                <w:color w:val="176A51"/>
                <w:sz w:val="16"/>
                <w:szCs w:val="16"/>
              </w:rPr>
              <w:t>PPA (B)</w:t>
            </w:r>
          </w:p>
        </w:tc>
      </w:tr>
    </w:tbl>
    <w:p w14:paraId="66204FF1" w14:textId="77777777" w:rsidR="0066044B" w:rsidRDefault="007F3BAA">
      <w: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11792"/>
        <w:gridCol w:w="1757"/>
      </w:tblGrid>
      <w:tr w:rsidR="0066044B" w14:paraId="197133F9" w14:textId="77777777">
        <w:trPr>
          <w:jc w:val="center"/>
        </w:trPr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2DBF0D7D" w14:textId="77777777" w:rsidR="0066044B" w:rsidRDefault="007F3BAA">
            <w:r>
              <w:rPr>
                <w:noProof/>
              </w:rPr>
              <w:lastRenderedPageBreak/>
              <w:drawing>
                <wp:inline distT="0" distB="0" distL="0" distR="0" wp14:anchorId="5C20168E" wp14:editId="07777777">
                  <wp:extent cx="367989" cy="460800"/>
                  <wp:effectExtent l="0" t="0" r="0" b="0"/>
                  <wp:docPr id="6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1D16158-CC03-4CDC-A790-73430562AAC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brendans_logo_cropped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989" cy="46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EFFD2D9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5C2D91"/>
                <w:sz w:val="50"/>
              </w:rPr>
              <w:t>February 2027</w:t>
            </w:r>
          </w:p>
        </w:tc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5EC4F90D" w14:textId="77777777" w:rsidR="0066044B" w:rsidRDefault="007F3BAA">
            <w:pPr>
              <w:jc w:val="right"/>
            </w:pPr>
            <w:r>
              <w:rPr>
                <w:b/>
                <w:color w:val="007DBA"/>
              </w:rPr>
              <w:t>ACADEMIC YEAR</w:t>
            </w:r>
            <w:r>
              <w:rPr>
                <w:b/>
                <w:color w:val="007DBA"/>
              </w:rPr>
              <w:br/>
              <w:t>2026-2027</w:t>
            </w:r>
          </w:p>
        </w:tc>
      </w:tr>
    </w:tbl>
    <w:p w14:paraId="033FA2F4" w14:textId="77777777" w:rsidR="0066044B" w:rsidRDefault="007F3BAA">
      <w:pPr>
        <w:spacing w:after="80"/>
        <w:jc w:val="center"/>
      </w:pPr>
      <w:r>
        <w:rPr>
          <w:b/>
          <w:color w:val="17365D"/>
          <w:sz w:val="17"/>
        </w:rPr>
        <w:t>Spring half term: Monday 15 - Friday 19 February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192"/>
        <w:gridCol w:w="3192"/>
        <w:gridCol w:w="3192"/>
      </w:tblGrid>
      <w:tr w:rsidR="0066044B" w14:paraId="6B831E5A" w14:textId="77777777" w:rsidTr="6D3040C0">
        <w:trPr>
          <w:cantSplit/>
          <w:trHeight w:hRule="exact" w:val="369"/>
          <w:jc w:val="center"/>
        </w:trPr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78803A73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Monday</w:t>
            </w:r>
          </w:p>
        </w:tc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00E46321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Tuesday</w:t>
            </w:r>
          </w:p>
        </w:tc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44DF7088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Wednesday</w:t>
            </w:r>
          </w:p>
        </w:tc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7F9809AF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Thursday</w:t>
            </w:r>
          </w:p>
        </w:tc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47CD6E68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Friday</w:t>
            </w:r>
          </w:p>
        </w:tc>
      </w:tr>
      <w:tr w:rsidR="0066044B" w14:paraId="226C25EF" w14:textId="77777777" w:rsidTr="6D3040C0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065D2414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33BE5447" w14:textId="59CF02E1" w:rsidR="0066044B" w:rsidRDefault="620EBD16" w:rsidP="620EBD16">
            <w:pPr>
              <w:spacing w:after="20"/>
            </w:pPr>
            <w:r w:rsidRPr="620EBD16">
              <w:rPr>
                <w:b/>
                <w:bCs/>
                <w:color w:val="17365D" w:themeColor="text2" w:themeShade="BF"/>
                <w:sz w:val="24"/>
                <w:szCs w:val="24"/>
              </w:rPr>
              <w:t>2</w:t>
            </w:r>
          </w:p>
          <w:p w14:paraId="70D61EA1" w14:textId="06D04B56" w:rsidR="0066044B" w:rsidRDefault="2F26AD01" w:rsidP="620EBD16">
            <w:pPr>
              <w:spacing w:after="20"/>
              <w:rPr>
                <w:color w:val="17365D" w:themeColor="text2" w:themeShade="BF"/>
                <w:szCs w:val="18"/>
              </w:rPr>
            </w:pPr>
            <w:r w:rsidRPr="620EBD16">
              <w:rPr>
                <w:color w:val="17365D" w:themeColor="text2" w:themeShade="BF"/>
                <w:szCs w:val="18"/>
              </w:rPr>
              <w:t xml:space="preserve"> Parents Evening </w:t>
            </w:r>
          </w:p>
          <w:p w14:paraId="7BD4A519" w14:textId="63FD2D72" w:rsidR="0066044B" w:rsidRDefault="2F26AD01" w:rsidP="620EBD16">
            <w:pPr>
              <w:spacing w:after="20"/>
              <w:rPr>
                <w:color w:val="17365D" w:themeColor="text2" w:themeShade="BF"/>
                <w:szCs w:val="18"/>
              </w:rPr>
            </w:pPr>
            <w:r w:rsidRPr="620EBD16">
              <w:rPr>
                <w:color w:val="17365D" w:themeColor="text2" w:themeShade="BF"/>
                <w:szCs w:val="18"/>
              </w:rPr>
              <w:t>(3.40pm – 6.30pm)</w:t>
            </w:r>
          </w:p>
          <w:p w14:paraId="2CC21B90" w14:textId="6C1655C6" w:rsidR="0066044B" w:rsidRDefault="0066044B" w:rsidP="620EBD16">
            <w:pPr>
              <w:spacing w:after="20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8D9363B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3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7860884" w14:textId="7A5F4071" w:rsidR="0066044B" w:rsidRDefault="0B5460D5" w:rsidP="7D4E4B9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4</w:t>
            </w:r>
            <w:r w:rsidR="76F2D690"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 Yr 4 Class assembly 9:00am</w:t>
            </w:r>
          </w:p>
          <w:p w14:paraId="7C5E6D13" w14:textId="08F9144F" w:rsidR="0066044B" w:rsidRDefault="07B24C8F" w:rsidP="620EBD16">
            <w:pPr>
              <w:spacing w:after="20"/>
              <w:rPr>
                <w:color w:val="17365D" w:themeColor="text2" w:themeShade="BF"/>
                <w:szCs w:val="18"/>
              </w:rPr>
            </w:pPr>
            <w:r w:rsidRPr="620EBD16">
              <w:rPr>
                <w:color w:val="17365D" w:themeColor="text2" w:themeShade="BF"/>
                <w:szCs w:val="18"/>
              </w:rPr>
              <w:t xml:space="preserve">Parents Evening </w:t>
            </w:r>
          </w:p>
          <w:p w14:paraId="287571FC" w14:textId="63FD2D72" w:rsidR="0066044B" w:rsidRDefault="07B24C8F" w:rsidP="620EBD16">
            <w:pPr>
              <w:spacing w:after="20"/>
              <w:rPr>
                <w:color w:val="17365D" w:themeColor="text2" w:themeShade="BF"/>
                <w:szCs w:val="18"/>
              </w:rPr>
            </w:pPr>
            <w:r w:rsidRPr="620EBD16">
              <w:rPr>
                <w:color w:val="17365D" w:themeColor="text2" w:themeShade="BF"/>
                <w:szCs w:val="18"/>
              </w:rPr>
              <w:t>(3.40pm – 6.30pm)</w:t>
            </w:r>
          </w:p>
          <w:p w14:paraId="22C3D751" w14:textId="6AE719B8" w:rsidR="0066044B" w:rsidRDefault="0066044B" w:rsidP="620EBD16">
            <w:pPr>
              <w:spacing w:after="20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29DE7E4" w14:textId="4CEA8486" w:rsidR="0066044B" w:rsidRDefault="7D4E4B9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5 </w:t>
            </w:r>
          </w:p>
        </w:tc>
      </w:tr>
      <w:tr w:rsidR="0066044B" w14:paraId="0CBBD77B" w14:textId="77777777" w:rsidTr="6D3040C0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6D1341F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8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02DC4293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9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31830EAB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10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34B4ECA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11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E75B50F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12</w:t>
            </w:r>
          </w:p>
        </w:tc>
      </w:tr>
      <w:tr w:rsidR="0066044B" w14:paraId="23D6845F" w14:textId="77777777" w:rsidTr="6D3040C0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6BB2669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15</w:t>
            </w:r>
          </w:p>
          <w:p w14:paraId="4B102489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007DBA"/>
                <w:sz w:val="15"/>
              </w:rPr>
              <w:t>SPRING HALF TERM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19C40FF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16</w:t>
            </w:r>
          </w:p>
          <w:p w14:paraId="75F99E81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007DBA"/>
                <w:sz w:val="15"/>
              </w:rPr>
              <w:t>SPRING HALF TERM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4641878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17</w:t>
            </w:r>
          </w:p>
          <w:p w14:paraId="034BAF38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007DBA"/>
                <w:sz w:val="15"/>
              </w:rPr>
              <w:t>SPRING HALF TERM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B4C6DBE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18</w:t>
            </w:r>
          </w:p>
          <w:p w14:paraId="45DB318C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007DBA"/>
                <w:sz w:val="15"/>
              </w:rPr>
              <w:t>SPRING HALF TERM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C8C1C60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19</w:t>
            </w:r>
          </w:p>
          <w:p w14:paraId="6F234E2F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007DBA"/>
                <w:sz w:val="15"/>
              </w:rPr>
              <w:t>SPRING HALF TERM</w:t>
            </w:r>
          </w:p>
        </w:tc>
      </w:tr>
      <w:tr w:rsidR="0066044B" w14:paraId="205E52B4" w14:textId="77777777" w:rsidTr="6D3040C0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C89F634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22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3DE4CAF0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23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1641038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24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01E379B7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25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F8797AB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26</w:t>
            </w:r>
          </w:p>
        </w:tc>
      </w:tr>
      <w:tr w:rsidR="0066044B" w14:paraId="6B62F1B3" w14:textId="77777777" w:rsidTr="6D3040C0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02F2C34E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80A4E5D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9219836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296FEF7D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194DBDC" w14:textId="77777777" w:rsidR="0066044B" w:rsidRDefault="0066044B"/>
        </w:tc>
      </w:tr>
      <w:tr w:rsidR="0066044B" w14:paraId="769D0D3C" w14:textId="77777777" w:rsidTr="6D3040C0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4CD245A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231BE67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36FEB5B0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30D7AA69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196D064" w14:textId="77777777" w:rsidR="0066044B" w:rsidRDefault="0066044B"/>
        </w:tc>
      </w:tr>
    </w:tbl>
    <w:p w14:paraId="34FF1C98" w14:textId="77777777" w:rsidR="0066044B" w:rsidRDefault="0066044B">
      <w:pPr>
        <w:spacing w:before="80" w:after="40"/>
      </w:pPr>
    </w:p>
    <w:tbl>
      <w:tblPr>
        <w:tblW w:w="16200" w:type="dxa"/>
        <w:jc w:val="center"/>
        <w:tblLayout w:type="fixed"/>
        <w:tblLook w:val="04A0" w:firstRow="1" w:lastRow="0" w:firstColumn="1" w:lastColumn="0" w:noHBand="0" w:noVBand="1"/>
      </w:tblPr>
      <w:tblGrid>
        <w:gridCol w:w="2700"/>
        <w:gridCol w:w="2700"/>
        <w:gridCol w:w="2700"/>
        <w:gridCol w:w="2700"/>
        <w:gridCol w:w="2700"/>
        <w:gridCol w:w="2700"/>
      </w:tblGrid>
      <w:tr w:rsidR="0066044B" w14:paraId="6A683924" w14:textId="77777777" w:rsidTr="6D3040C0">
        <w:trPr>
          <w:trHeight w:val="300"/>
          <w:jc w:val="center"/>
        </w:trPr>
        <w:tc>
          <w:tcPr>
            <w:tcW w:w="2700" w:type="dxa"/>
            <w:tcBorders>
              <w:top w:val="single" w:sz="10" w:space="0" w:color="5C2D91"/>
              <w:left w:val="single" w:sz="10" w:space="0" w:color="5C2D91"/>
              <w:bottom w:val="single" w:sz="10" w:space="0" w:color="5C2D91"/>
              <w:right w:val="single" w:sz="10" w:space="0" w:color="5C2D91"/>
            </w:tcBorders>
            <w:shd w:val="clear" w:color="auto" w:fill="E8D9F4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5B7FB32D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5C2D91"/>
                <w:sz w:val="16"/>
              </w:rPr>
              <w:t>INSET DAY</w:t>
            </w:r>
          </w:p>
        </w:tc>
        <w:tc>
          <w:tcPr>
            <w:tcW w:w="2700" w:type="dxa"/>
            <w:tcBorders>
              <w:top w:val="single" w:sz="10" w:space="0" w:color="007DBA"/>
              <w:left w:val="single" w:sz="10" w:space="0" w:color="007DBA"/>
              <w:bottom w:val="single" w:sz="10" w:space="0" w:color="007DBA"/>
              <w:right w:val="single" w:sz="10" w:space="0" w:color="007DBA"/>
            </w:tcBorders>
            <w:shd w:val="clear" w:color="auto" w:fill="D8EFFA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30ABBA74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007DBA"/>
                <w:sz w:val="16"/>
              </w:rPr>
              <w:t>HALF TERM</w:t>
            </w:r>
          </w:p>
        </w:tc>
        <w:tc>
          <w:tcPr>
            <w:tcW w:w="2700" w:type="dxa"/>
            <w:tcBorders>
              <w:top w:val="single" w:sz="10" w:space="0" w:color="17365D" w:themeColor="text2" w:themeShade="BF"/>
              <w:left w:val="single" w:sz="10" w:space="0" w:color="17365D" w:themeColor="text2" w:themeShade="BF"/>
              <w:bottom w:val="single" w:sz="10" w:space="0" w:color="17365D" w:themeColor="text2" w:themeShade="BF"/>
              <w:right w:val="single" w:sz="10" w:space="0" w:color="17365D" w:themeColor="text2" w:themeShade="BF"/>
            </w:tcBorders>
            <w:shd w:val="clear" w:color="auto" w:fill="EAF5FA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0249B6CA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17365D"/>
                <w:sz w:val="16"/>
              </w:rPr>
              <w:t>SCHOOL HOLIDAY</w:t>
            </w:r>
          </w:p>
        </w:tc>
        <w:tc>
          <w:tcPr>
            <w:tcW w:w="2700" w:type="dxa"/>
            <w:tcBorders>
              <w:top w:val="single" w:sz="10" w:space="0" w:color="176A51"/>
              <w:left w:val="single" w:sz="10" w:space="0" w:color="176A51"/>
              <w:bottom w:val="single" w:sz="10" w:space="0" w:color="176A51"/>
              <w:right w:val="single" w:sz="10" w:space="0" w:color="176A51"/>
            </w:tcBorders>
            <w:shd w:val="clear" w:color="auto" w:fill="DCEFE8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416C1728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176A51"/>
                <w:sz w:val="16"/>
              </w:rPr>
              <w:t>BANK HOLIDAY</w:t>
            </w:r>
          </w:p>
        </w:tc>
        <w:tc>
          <w:tcPr>
            <w:tcW w:w="2700" w:type="dxa"/>
            <w:tcBorders>
              <w:top w:val="single" w:sz="10" w:space="0" w:color="176A51"/>
              <w:left w:val="single" w:sz="10" w:space="0" w:color="176A51"/>
              <w:bottom w:val="single" w:sz="10" w:space="0" w:color="176A51"/>
              <w:right w:val="single" w:sz="10" w:space="0" w:color="176A51"/>
            </w:tcBorders>
            <w:shd w:val="clear" w:color="auto" w:fill="B2A1C7" w:themeFill="accent4" w:themeFillTint="99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7EDC51A5" w14:textId="319729B6" w:rsidR="11882285" w:rsidRDefault="11882285" w:rsidP="6D3040C0">
            <w:pPr>
              <w:jc w:val="center"/>
            </w:pPr>
            <w:r w:rsidRPr="6D3040C0">
              <w:rPr>
                <w:b/>
                <w:bCs/>
                <w:color w:val="176A51"/>
                <w:sz w:val="16"/>
                <w:szCs w:val="16"/>
              </w:rPr>
              <w:t>PPA (A)</w:t>
            </w:r>
          </w:p>
        </w:tc>
        <w:tc>
          <w:tcPr>
            <w:tcW w:w="2700" w:type="dxa"/>
            <w:tcBorders>
              <w:top w:val="single" w:sz="10" w:space="0" w:color="176A51"/>
              <w:left w:val="single" w:sz="10" w:space="0" w:color="176A51"/>
              <w:bottom w:val="single" w:sz="10" w:space="0" w:color="176A51"/>
              <w:right w:val="single" w:sz="10" w:space="0" w:color="176A51"/>
            </w:tcBorders>
            <w:shd w:val="clear" w:color="auto" w:fill="92D050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79305E2A" w14:textId="1420E7EB" w:rsidR="0FA7D787" w:rsidRDefault="0FA7D787" w:rsidP="6D3040C0">
            <w:pPr>
              <w:jc w:val="center"/>
            </w:pPr>
            <w:r w:rsidRPr="6D3040C0">
              <w:rPr>
                <w:b/>
                <w:bCs/>
                <w:color w:val="176A51"/>
                <w:sz w:val="16"/>
                <w:szCs w:val="16"/>
              </w:rPr>
              <w:t>PPA (B)</w:t>
            </w:r>
          </w:p>
        </w:tc>
      </w:tr>
    </w:tbl>
    <w:p w14:paraId="6D072C0D" w14:textId="77777777" w:rsidR="0066044B" w:rsidRDefault="007F3BAA">
      <w: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11792"/>
        <w:gridCol w:w="1757"/>
      </w:tblGrid>
      <w:tr w:rsidR="0066044B" w14:paraId="20A50747" w14:textId="77777777">
        <w:trPr>
          <w:jc w:val="center"/>
        </w:trPr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48A21919" w14:textId="77777777" w:rsidR="0066044B" w:rsidRDefault="007F3BAA">
            <w:r>
              <w:rPr>
                <w:noProof/>
              </w:rPr>
              <w:lastRenderedPageBreak/>
              <w:drawing>
                <wp:inline distT="0" distB="0" distL="0" distR="0" wp14:anchorId="7CE37E09" wp14:editId="07777777">
                  <wp:extent cx="367989" cy="460800"/>
                  <wp:effectExtent l="0" t="0" r="0" b="0"/>
                  <wp:docPr id="7" name="Picture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838C426-E70A-408D-BAC7-6AB54084A7F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brendans_logo_cropped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989" cy="46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2ACBA736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5C2D91"/>
                <w:sz w:val="50"/>
              </w:rPr>
              <w:t>March 2027</w:t>
            </w:r>
          </w:p>
        </w:tc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2F94CABC" w14:textId="77777777" w:rsidR="0066044B" w:rsidRDefault="007F3BAA">
            <w:pPr>
              <w:jc w:val="right"/>
            </w:pPr>
            <w:r>
              <w:rPr>
                <w:b/>
                <w:color w:val="007DBA"/>
              </w:rPr>
              <w:t>ACADEMIC YEAR</w:t>
            </w:r>
            <w:r>
              <w:rPr>
                <w:b/>
                <w:color w:val="007DBA"/>
              </w:rPr>
              <w:br/>
              <w:t>2026-2027</w:t>
            </w:r>
          </w:p>
        </w:tc>
      </w:tr>
    </w:tbl>
    <w:p w14:paraId="7C21C860" w14:textId="77777777" w:rsidR="0066044B" w:rsidRDefault="007F3BAA">
      <w:pPr>
        <w:spacing w:after="80"/>
        <w:jc w:val="center"/>
      </w:pPr>
      <w:r>
        <w:rPr>
          <w:b/>
          <w:color w:val="17365D"/>
          <w:sz w:val="17"/>
        </w:rPr>
        <w:t>Easter holiday begins Tuesday 30 March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192"/>
        <w:gridCol w:w="3192"/>
        <w:gridCol w:w="3192"/>
      </w:tblGrid>
      <w:tr w:rsidR="0066044B" w14:paraId="355B8465" w14:textId="77777777" w:rsidTr="6D3040C0">
        <w:trPr>
          <w:cantSplit/>
          <w:trHeight w:hRule="exact" w:val="369"/>
          <w:jc w:val="center"/>
        </w:trPr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626FF12B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Monday</w:t>
            </w:r>
          </w:p>
        </w:tc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34BF5417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Tuesday</w:t>
            </w:r>
          </w:p>
        </w:tc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242EAC9D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Wednesday</w:t>
            </w:r>
          </w:p>
        </w:tc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346B1F0D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Thursday</w:t>
            </w:r>
          </w:p>
        </w:tc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165E3DBC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Friday</w:t>
            </w:r>
          </w:p>
        </w:tc>
      </w:tr>
      <w:tr w:rsidR="0066044B" w14:paraId="32AACF50" w14:textId="77777777" w:rsidTr="6D3040C0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2E32D521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38328F9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7AB7477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3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055DCC4" w14:textId="599EF6FF" w:rsidR="0066044B" w:rsidRDefault="7D4E4B9D" w:rsidP="7D4E4B9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4</w:t>
            </w:r>
            <w:r w:rsidR="566AD01B"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 Yr 2 Class Assembly 9:00am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D0ADF7A" w14:textId="5B7064C4" w:rsidR="0066044B" w:rsidRDefault="7D4E4B9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5    </w:t>
            </w:r>
          </w:p>
        </w:tc>
      </w:tr>
      <w:tr w:rsidR="0066044B" w14:paraId="12E995C6" w14:textId="77777777" w:rsidTr="6D3040C0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FCB5F43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8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391D46B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9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22F65FF9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10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D7208FC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11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0E2297C3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12</w:t>
            </w:r>
          </w:p>
        </w:tc>
      </w:tr>
      <w:tr w:rsidR="0066044B" w14:paraId="1035C9CD" w14:textId="77777777" w:rsidTr="6D3040C0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2E3969C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15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9456573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16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3C3E0C4F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17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08A69A7" w14:textId="044219EC" w:rsidR="0066044B" w:rsidRDefault="5E3A4001" w:rsidP="7FC77E47">
            <w:pPr>
              <w:spacing w:after="20"/>
              <w:rPr>
                <w:color w:val="17365D" w:themeColor="text2" w:themeShade="BF"/>
                <w:sz w:val="24"/>
                <w:szCs w:val="24"/>
              </w:rPr>
            </w:pPr>
            <w:r w:rsidRPr="7FC77E47">
              <w:rPr>
                <w:b/>
                <w:bCs/>
                <w:color w:val="17365D" w:themeColor="text2" w:themeShade="BF"/>
                <w:sz w:val="24"/>
                <w:szCs w:val="24"/>
              </w:rPr>
              <w:t>18 Yr 5/6 Class Assembly</w:t>
            </w:r>
            <w:r w:rsidR="1C604D11" w:rsidRPr="7FC77E47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9.00am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B2A1C7" w:themeFill="accent4" w:themeFillTint="99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AE9101A" w14:textId="2486BB1D" w:rsidR="0066044B" w:rsidRDefault="7D4E4B9D" w:rsidP="7D4E4B9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19 </w:t>
            </w:r>
          </w:p>
        </w:tc>
      </w:tr>
      <w:tr w:rsidR="0066044B" w14:paraId="0A40DC6E" w14:textId="77777777" w:rsidTr="6D3040C0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214D53D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22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08DD1106" w14:textId="11BB9083" w:rsidR="0066044B" w:rsidRDefault="7D4E4B9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23 Yr 3 and 4 Easter performance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3BFC583A" w14:textId="2D9B5AEF" w:rsidR="0066044B" w:rsidRDefault="6553BBD3">
            <w:pPr>
              <w:spacing w:after="20"/>
            </w:pPr>
            <w:r w:rsidRPr="5EC29566">
              <w:rPr>
                <w:b/>
                <w:bCs/>
                <w:color w:val="17365D" w:themeColor="text2" w:themeShade="BF"/>
                <w:sz w:val="24"/>
                <w:szCs w:val="24"/>
              </w:rPr>
              <w:t>24</w:t>
            </w:r>
            <w:r w:rsidR="29F907EA" w:rsidRPr="5EC29566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</w:t>
            </w:r>
          </w:p>
          <w:p w14:paraId="0D7467B0" w14:textId="3C69C164" w:rsidR="0066044B" w:rsidRDefault="29F907EA">
            <w:pPr>
              <w:spacing w:after="20"/>
            </w:pPr>
            <w:r w:rsidRPr="5EC29566">
              <w:rPr>
                <w:b/>
                <w:bCs/>
                <w:color w:val="17365D" w:themeColor="text2" w:themeShade="BF"/>
                <w:sz w:val="24"/>
                <w:szCs w:val="24"/>
              </w:rPr>
              <w:t>3:30pm to 4:30pm-  Key Stage 1 Disco – Christmas Disco</w:t>
            </w:r>
          </w:p>
          <w:p w14:paraId="7E4F9DCB" w14:textId="4726CA89" w:rsidR="0066044B" w:rsidRDefault="5803D952" w:rsidP="6D3040C0">
            <w:pPr>
              <w:spacing w:after="20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  <w:r w:rsidRPr="6D3040C0">
              <w:rPr>
                <w:b/>
                <w:bCs/>
                <w:color w:val="17365D" w:themeColor="text2" w:themeShade="BF"/>
                <w:sz w:val="24"/>
                <w:szCs w:val="24"/>
              </w:rPr>
              <w:t>5:00pm to 6:15pm – Key Stage 2- Christmas Disco</w:t>
            </w:r>
          </w:p>
          <w:p w14:paraId="1548D516" w14:textId="099AFAA6" w:rsidR="0066044B" w:rsidRDefault="0066044B" w:rsidP="5EC29566">
            <w:pPr>
              <w:spacing w:after="20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92D050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3944935F" w14:textId="071361AC" w:rsidR="0066044B" w:rsidRDefault="7D4E4B9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25 Easter Mass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DCEFE8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0A056348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26</w:t>
            </w:r>
          </w:p>
          <w:p w14:paraId="6A764666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6A51"/>
                <w:sz w:val="15"/>
              </w:rPr>
              <w:t>GOOD FRIDAY</w:t>
            </w:r>
          </w:p>
        </w:tc>
      </w:tr>
      <w:tr w:rsidR="0066044B" w14:paraId="401EAAB1" w14:textId="77777777" w:rsidTr="6D3040C0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DCEFE8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D024D63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29</w:t>
            </w:r>
          </w:p>
          <w:p w14:paraId="793E409E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6A51"/>
                <w:sz w:val="15"/>
              </w:rPr>
              <w:t>EASTER MONDAY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0AE1722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30</w:t>
            </w:r>
          </w:p>
          <w:p w14:paraId="714D5260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365D"/>
                <w:sz w:val="15"/>
              </w:rPr>
              <w:t>EASTER HOLIDAY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7D182F7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31</w:t>
            </w:r>
          </w:p>
          <w:p w14:paraId="1BD77A16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365D"/>
                <w:sz w:val="15"/>
              </w:rPr>
              <w:t>EASTER HOLIDAY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BD18F9B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238601FE" w14:textId="77777777" w:rsidR="0066044B" w:rsidRDefault="0066044B"/>
        </w:tc>
      </w:tr>
      <w:tr w:rsidR="0066044B" w14:paraId="0F3CABC7" w14:textId="77777777" w:rsidTr="6D3040C0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B08B5D1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6DEB4AB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0AD9C6F4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B1F511A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5F9C3DC" w14:textId="77777777" w:rsidR="0066044B" w:rsidRDefault="0066044B"/>
        </w:tc>
      </w:tr>
    </w:tbl>
    <w:p w14:paraId="5023141B" w14:textId="77777777" w:rsidR="0066044B" w:rsidRDefault="0066044B">
      <w:pPr>
        <w:spacing w:before="80" w:after="40"/>
      </w:pPr>
    </w:p>
    <w:tbl>
      <w:tblPr>
        <w:tblW w:w="16200" w:type="dxa"/>
        <w:jc w:val="center"/>
        <w:tblLayout w:type="fixed"/>
        <w:tblLook w:val="04A0" w:firstRow="1" w:lastRow="0" w:firstColumn="1" w:lastColumn="0" w:noHBand="0" w:noVBand="1"/>
      </w:tblPr>
      <w:tblGrid>
        <w:gridCol w:w="2700"/>
        <w:gridCol w:w="2700"/>
        <w:gridCol w:w="2700"/>
        <w:gridCol w:w="2700"/>
        <w:gridCol w:w="2700"/>
        <w:gridCol w:w="2700"/>
      </w:tblGrid>
      <w:tr w:rsidR="0066044B" w14:paraId="64277209" w14:textId="77777777" w:rsidTr="6D3040C0">
        <w:trPr>
          <w:trHeight w:val="300"/>
          <w:jc w:val="center"/>
        </w:trPr>
        <w:tc>
          <w:tcPr>
            <w:tcW w:w="2700" w:type="dxa"/>
            <w:tcBorders>
              <w:top w:val="single" w:sz="10" w:space="0" w:color="5C2D91"/>
              <w:left w:val="single" w:sz="10" w:space="0" w:color="5C2D91"/>
              <w:bottom w:val="single" w:sz="10" w:space="0" w:color="5C2D91"/>
              <w:right w:val="single" w:sz="10" w:space="0" w:color="5C2D91"/>
            </w:tcBorders>
            <w:shd w:val="clear" w:color="auto" w:fill="E8D9F4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5C3B82B1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5C2D91"/>
                <w:sz w:val="16"/>
              </w:rPr>
              <w:t>INSET DAY</w:t>
            </w:r>
          </w:p>
        </w:tc>
        <w:tc>
          <w:tcPr>
            <w:tcW w:w="2700" w:type="dxa"/>
            <w:tcBorders>
              <w:top w:val="single" w:sz="10" w:space="0" w:color="007DBA"/>
              <w:left w:val="single" w:sz="10" w:space="0" w:color="007DBA"/>
              <w:bottom w:val="single" w:sz="10" w:space="0" w:color="007DBA"/>
              <w:right w:val="single" w:sz="10" w:space="0" w:color="007DBA"/>
            </w:tcBorders>
            <w:shd w:val="clear" w:color="auto" w:fill="D8EFFA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3780E361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007DBA"/>
                <w:sz w:val="16"/>
              </w:rPr>
              <w:t>HALF TERM</w:t>
            </w:r>
          </w:p>
        </w:tc>
        <w:tc>
          <w:tcPr>
            <w:tcW w:w="2700" w:type="dxa"/>
            <w:tcBorders>
              <w:top w:val="single" w:sz="10" w:space="0" w:color="17365D" w:themeColor="text2" w:themeShade="BF"/>
              <w:left w:val="single" w:sz="10" w:space="0" w:color="17365D" w:themeColor="text2" w:themeShade="BF"/>
              <w:bottom w:val="single" w:sz="10" w:space="0" w:color="17365D" w:themeColor="text2" w:themeShade="BF"/>
              <w:right w:val="single" w:sz="10" w:space="0" w:color="17365D" w:themeColor="text2" w:themeShade="BF"/>
            </w:tcBorders>
            <w:shd w:val="clear" w:color="auto" w:fill="EAF5FA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3B2E2F9C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17365D"/>
                <w:sz w:val="16"/>
              </w:rPr>
              <w:t>SCHOOL HOLIDAY</w:t>
            </w:r>
          </w:p>
        </w:tc>
        <w:tc>
          <w:tcPr>
            <w:tcW w:w="2700" w:type="dxa"/>
            <w:tcBorders>
              <w:top w:val="single" w:sz="10" w:space="0" w:color="176A51"/>
              <w:left w:val="single" w:sz="10" w:space="0" w:color="176A51"/>
              <w:bottom w:val="single" w:sz="10" w:space="0" w:color="176A51"/>
              <w:right w:val="single" w:sz="10" w:space="0" w:color="176A51"/>
            </w:tcBorders>
            <w:shd w:val="clear" w:color="auto" w:fill="DCEFE8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7D2F1D5A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176A51"/>
                <w:sz w:val="16"/>
              </w:rPr>
              <w:t>BANK HOLIDAY</w:t>
            </w:r>
          </w:p>
        </w:tc>
        <w:tc>
          <w:tcPr>
            <w:tcW w:w="2700" w:type="dxa"/>
            <w:tcBorders>
              <w:top w:val="single" w:sz="10" w:space="0" w:color="176A51"/>
              <w:left w:val="single" w:sz="10" w:space="0" w:color="176A51"/>
              <w:bottom w:val="single" w:sz="10" w:space="0" w:color="176A51"/>
              <w:right w:val="single" w:sz="10" w:space="0" w:color="176A51"/>
            </w:tcBorders>
            <w:shd w:val="clear" w:color="auto" w:fill="B2A1C7" w:themeFill="accent4" w:themeFillTint="99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759A4194" w14:textId="30D187DF" w:rsidR="50956F60" w:rsidRDefault="50956F60" w:rsidP="6D3040C0">
            <w:pPr>
              <w:jc w:val="center"/>
            </w:pPr>
            <w:r w:rsidRPr="6D3040C0">
              <w:rPr>
                <w:b/>
                <w:bCs/>
                <w:color w:val="176A51"/>
                <w:sz w:val="16"/>
                <w:szCs w:val="16"/>
              </w:rPr>
              <w:t>PPA (A)</w:t>
            </w:r>
          </w:p>
        </w:tc>
        <w:tc>
          <w:tcPr>
            <w:tcW w:w="2700" w:type="dxa"/>
            <w:tcBorders>
              <w:top w:val="single" w:sz="10" w:space="0" w:color="176A51"/>
              <w:left w:val="single" w:sz="10" w:space="0" w:color="176A51"/>
              <w:bottom w:val="single" w:sz="10" w:space="0" w:color="176A51"/>
              <w:right w:val="single" w:sz="10" w:space="0" w:color="176A51"/>
            </w:tcBorders>
            <w:shd w:val="clear" w:color="auto" w:fill="92D050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4BE88843" w14:textId="03E428B3" w:rsidR="71A42F7D" w:rsidRDefault="71A42F7D" w:rsidP="6D3040C0">
            <w:pPr>
              <w:jc w:val="center"/>
            </w:pPr>
            <w:r w:rsidRPr="6D3040C0">
              <w:rPr>
                <w:b/>
                <w:bCs/>
                <w:color w:val="176A51"/>
                <w:sz w:val="16"/>
                <w:szCs w:val="16"/>
              </w:rPr>
              <w:t>PPA (B)</w:t>
            </w:r>
          </w:p>
        </w:tc>
      </w:tr>
    </w:tbl>
    <w:p w14:paraId="4F3B8159" w14:textId="567D9C11" w:rsidR="6D3040C0" w:rsidRDefault="6D3040C0"/>
    <w:p w14:paraId="1F3B1409" w14:textId="77777777" w:rsidR="0066044B" w:rsidRDefault="007F3BAA">
      <w: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11792"/>
        <w:gridCol w:w="1757"/>
      </w:tblGrid>
      <w:tr w:rsidR="0066044B" w14:paraId="5A283E3D" w14:textId="77777777">
        <w:trPr>
          <w:jc w:val="center"/>
        </w:trPr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562C75D1" w14:textId="77777777" w:rsidR="0066044B" w:rsidRDefault="007F3BAA">
            <w:r>
              <w:rPr>
                <w:noProof/>
              </w:rPr>
              <w:lastRenderedPageBreak/>
              <w:drawing>
                <wp:inline distT="0" distB="0" distL="0" distR="0" wp14:anchorId="631DD695" wp14:editId="07777777">
                  <wp:extent cx="367989" cy="460800"/>
                  <wp:effectExtent l="0" t="0" r="0" b="0"/>
                  <wp:docPr id="8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FC750C8-B096-40EC-8D85-CC8857CBB55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brendans_logo_cropped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989" cy="46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02366FD6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5C2D91"/>
                <w:sz w:val="50"/>
              </w:rPr>
              <w:t>April 2027</w:t>
            </w:r>
          </w:p>
        </w:tc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39D03808" w14:textId="77777777" w:rsidR="0066044B" w:rsidRDefault="007F3BAA">
            <w:pPr>
              <w:jc w:val="right"/>
            </w:pPr>
            <w:r>
              <w:rPr>
                <w:b/>
                <w:color w:val="007DBA"/>
              </w:rPr>
              <w:t>ACADEMIC YEAR</w:t>
            </w:r>
            <w:r>
              <w:rPr>
                <w:b/>
                <w:color w:val="007DBA"/>
              </w:rPr>
              <w:br/>
              <w:t>2026-2027</w:t>
            </w:r>
          </w:p>
        </w:tc>
      </w:tr>
    </w:tbl>
    <w:p w14:paraId="799F3485" w14:textId="77777777" w:rsidR="0066044B" w:rsidRDefault="007F3BAA">
      <w:pPr>
        <w:spacing w:after="80"/>
        <w:jc w:val="center"/>
      </w:pPr>
      <w:r>
        <w:rPr>
          <w:b/>
          <w:color w:val="17365D"/>
          <w:sz w:val="17"/>
        </w:rPr>
        <w:t>Easter holiday continues through Friday 9 April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192"/>
        <w:gridCol w:w="3192"/>
        <w:gridCol w:w="3192"/>
      </w:tblGrid>
      <w:tr w:rsidR="0066044B" w14:paraId="422E79BA" w14:textId="77777777" w:rsidTr="7D4E4B9D">
        <w:trPr>
          <w:cantSplit/>
          <w:trHeight w:hRule="exact" w:val="369"/>
          <w:jc w:val="center"/>
        </w:trPr>
        <w:tc>
          <w:tcPr>
            <w:tcW w:w="3192" w:type="dxa"/>
            <w:tcBorders>
              <w:top w:val="single" w:sz="9" w:space="0" w:color="FFFFFF"/>
              <w:left w:val="single" w:sz="9" w:space="0" w:color="FFFFFF"/>
              <w:bottom w:val="single" w:sz="9" w:space="0" w:color="FFFFFF"/>
              <w:right w:val="single" w:sz="9" w:space="0" w:color="FFFFFF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722C53E0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Monday</w:t>
            </w:r>
          </w:p>
        </w:tc>
        <w:tc>
          <w:tcPr>
            <w:tcW w:w="3192" w:type="dxa"/>
            <w:tcBorders>
              <w:top w:val="single" w:sz="9" w:space="0" w:color="FFFFFF"/>
              <w:left w:val="single" w:sz="9" w:space="0" w:color="FFFFFF"/>
              <w:bottom w:val="single" w:sz="9" w:space="0" w:color="FFFFFF"/>
              <w:right w:val="single" w:sz="9" w:space="0" w:color="FFFFFF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55A7AAFC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Tuesday</w:t>
            </w:r>
          </w:p>
        </w:tc>
        <w:tc>
          <w:tcPr>
            <w:tcW w:w="3192" w:type="dxa"/>
            <w:tcBorders>
              <w:top w:val="single" w:sz="9" w:space="0" w:color="FFFFFF"/>
              <w:left w:val="single" w:sz="9" w:space="0" w:color="FFFFFF"/>
              <w:bottom w:val="single" w:sz="9" w:space="0" w:color="FFFFFF"/>
              <w:right w:val="single" w:sz="9" w:space="0" w:color="FFFFFF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2E7AD37A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Wednesday</w:t>
            </w:r>
          </w:p>
        </w:tc>
        <w:tc>
          <w:tcPr>
            <w:tcW w:w="3192" w:type="dxa"/>
            <w:tcBorders>
              <w:top w:val="single" w:sz="9" w:space="0" w:color="FFFFFF"/>
              <w:left w:val="single" w:sz="9" w:space="0" w:color="FFFFFF"/>
              <w:bottom w:val="single" w:sz="9" w:space="0" w:color="FFFFFF"/>
              <w:right w:val="single" w:sz="9" w:space="0" w:color="FFFFFF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592A3D11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Thursday</w:t>
            </w:r>
          </w:p>
        </w:tc>
        <w:tc>
          <w:tcPr>
            <w:tcW w:w="3192" w:type="dxa"/>
            <w:tcBorders>
              <w:top w:val="single" w:sz="9" w:space="0" w:color="FFFFFF"/>
              <w:left w:val="single" w:sz="9" w:space="0" w:color="FFFFFF"/>
              <w:bottom w:val="single" w:sz="9" w:space="0" w:color="FFFFFF"/>
              <w:right w:val="single" w:sz="9" w:space="0" w:color="FFFFFF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56E50F82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Friday</w:t>
            </w:r>
          </w:p>
        </w:tc>
      </w:tr>
      <w:tr w:rsidR="0066044B" w14:paraId="42709AF1" w14:textId="77777777" w:rsidTr="7D4E4B9D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64355AD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A965116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DF4E37C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0C50080F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</w:t>
            </w:r>
          </w:p>
          <w:p w14:paraId="45864850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365D"/>
                <w:sz w:val="15"/>
              </w:rPr>
              <w:t>EASTER HOLIDAY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4B6C890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</w:t>
            </w:r>
          </w:p>
          <w:p w14:paraId="052C407A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365D"/>
                <w:sz w:val="15"/>
              </w:rPr>
              <w:t>EASTER HOLIDAY</w:t>
            </w:r>
          </w:p>
        </w:tc>
      </w:tr>
      <w:tr w:rsidR="0066044B" w14:paraId="4A26EDC2" w14:textId="77777777" w:rsidTr="7D4E4B9D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4648C29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5</w:t>
            </w:r>
          </w:p>
          <w:p w14:paraId="2CA74C89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365D"/>
                <w:sz w:val="15"/>
              </w:rPr>
              <w:t>EASTER HOLIDAY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DDB914C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6</w:t>
            </w:r>
          </w:p>
          <w:p w14:paraId="37A0D068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365D"/>
                <w:sz w:val="15"/>
              </w:rPr>
              <w:t>EASTER HOLIDAY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1F3359E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7</w:t>
            </w:r>
          </w:p>
          <w:p w14:paraId="7BF90570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365D"/>
                <w:sz w:val="15"/>
              </w:rPr>
              <w:t>EASTER HOLIDAY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0E865782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8</w:t>
            </w:r>
          </w:p>
          <w:p w14:paraId="66EA10E2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365D"/>
                <w:sz w:val="15"/>
              </w:rPr>
              <w:t>EASTER HOLIDAY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3C1237B2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9</w:t>
            </w:r>
          </w:p>
          <w:p w14:paraId="2A5275F6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365D"/>
                <w:sz w:val="15"/>
              </w:rPr>
              <w:t>EASTER HOLIDAY</w:t>
            </w:r>
          </w:p>
        </w:tc>
      </w:tr>
      <w:tr w:rsidR="0066044B" w14:paraId="56951806" w14:textId="77777777" w:rsidTr="7D4E4B9D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2655FCB7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12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B862D82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13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B7EE69E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14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1090324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15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8C7F5FA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16</w:t>
            </w:r>
          </w:p>
        </w:tc>
      </w:tr>
      <w:tr w:rsidR="0066044B" w14:paraId="4EF3F305" w14:textId="77777777" w:rsidTr="7D4E4B9D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362372F5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19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B5474F0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20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3ECE29B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21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7E2DF8A" w14:textId="688DBEF8" w:rsidR="0066044B" w:rsidRDefault="7D4E4B9D" w:rsidP="7D4E4B9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22  Yr 1/2 Class Assembly 9:00am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398FF380" w14:textId="622AAD06" w:rsidR="0066044B" w:rsidRDefault="7D4E4B9D" w:rsidP="7D4E4B9D">
            <w:pPr>
              <w:spacing w:after="20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23  </w:t>
            </w:r>
          </w:p>
        </w:tc>
      </w:tr>
      <w:tr w:rsidR="0066044B" w14:paraId="4EC21743" w14:textId="77777777" w:rsidTr="7D4E4B9D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AFCAD6D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26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35631579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27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2EC7F4AA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28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8758079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29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2C529A2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30</w:t>
            </w:r>
          </w:p>
        </w:tc>
      </w:tr>
      <w:tr w:rsidR="0066044B" w14:paraId="44FB30F8" w14:textId="77777777" w:rsidTr="7D4E4B9D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DA6542E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3041E394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22B00AE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2C6D796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E1831B3" w14:textId="77777777" w:rsidR="0066044B" w:rsidRDefault="0066044B"/>
        </w:tc>
      </w:tr>
    </w:tbl>
    <w:p w14:paraId="54E11D2A" w14:textId="77777777" w:rsidR="0066044B" w:rsidRDefault="0066044B">
      <w:pPr>
        <w:spacing w:before="80" w:after="4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15"/>
        <w:gridCol w:w="3515"/>
        <w:gridCol w:w="3515"/>
        <w:gridCol w:w="3515"/>
      </w:tblGrid>
      <w:tr w:rsidR="0066044B" w14:paraId="4DE35DC7" w14:textId="77777777">
        <w:trPr>
          <w:jc w:val="center"/>
        </w:trPr>
        <w:tc>
          <w:tcPr>
            <w:tcW w:w="3515" w:type="dxa"/>
            <w:tcBorders>
              <w:top w:val="single" w:sz="10" w:space="0" w:color="5C2D91"/>
              <w:left w:val="single" w:sz="10" w:space="0" w:color="5C2D91"/>
              <w:bottom w:val="single" w:sz="10" w:space="0" w:color="5C2D91"/>
              <w:right w:val="single" w:sz="10" w:space="0" w:color="5C2D91"/>
            </w:tcBorders>
            <w:shd w:val="clear" w:color="auto" w:fill="E8D9F4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2442BDAA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5C2D91"/>
                <w:sz w:val="16"/>
              </w:rPr>
              <w:t>INSET DAY</w:t>
            </w:r>
          </w:p>
        </w:tc>
        <w:tc>
          <w:tcPr>
            <w:tcW w:w="3515" w:type="dxa"/>
            <w:tcBorders>
              <w:top w:val="single" w:sz="10" w:space="0" w:color="007DBA"/>
              <w:left w:val="single" w:sz="10" w:space="0" w:color="007DBA"/>
              <w:bottom w:val="single" w:sz="10" w:space="0" w:color="007DBA"/>
              <w:right w:val="single" w:sz="10" w:space="0" w:color="007DBA"/>
            </w:tcBorders>
            <w:shd w:val="clear" w:color="auto" w:fill="D8EFFA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5B798E4F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007DBA"/>
                <w:sz w:val="16"/>
              </w:rPr>
              <w:t>HALF TERM</w:t>
            </w:r>
          </w:p>
        </w:tc>
        <w:tc>
          <w:tcPr>
            <w:tcW w:w="3515" w:type="dxa"/>
            <w:tcBorders>
              <w:top w:val="single" w:sz="10" w:space="0" w:color="17365D"/>
              <w:left w:val="single" w:sz="10" w:space="0" w:color="17365D"/>
              <w:bottom w:val="single" w:sz="10" w:space="0" w:color="17365D"/>
              <w:right w:val="single" w:sz="10" w:space="0" w:color="17365D"/>
            </w:tcBorders>
            <w:shd w:val="clear" w:color="auto" w:fill="EAF5FA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04EFB580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17365D"/>
                <w:sz w:val="16"/>
              </w:rPr>
              <w:t>SCHOOL HOLIDAY</w:t>
            </w:r>
          </w:p>
        </w:tc>
        <w:tc>
          <w:tcPr>
            <w:tcW w:w="3515" w:type="dxa"/>
            <w:tcBorders>
              <w:top w:val="single" w:sz="10" w:space="0" w:color="176A51"/>
              <w:left w:val="single" w:sz="10" w:space="0" w:color="176A51"/>
              <w:bottom w:val="single" w:sz="10" w:space="0" w:color="176A51"/>
              <w:right w:val="single" w:sz="10" w:space="0" w:color="176A51"/>
            </w:tcBorders>
            <w:shd w:val="clear" w:color="auto" w:fill="DCEFE8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0BB94DF8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176A51"/>
                <w:sz w:val="16"/>
              </w:rPr>
              <w:t>BANK HOLIDAY</w:t>
            </w:r>
          </w:p>
        </w:tc>
      </w:tr>
    </w:tbl>
    <w:p w14:paraId="31126E5D" w14:textId="77777777" w:rsidR="0066044B" w:rsidRDefault="007F3BAA">
      <w: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11792"/>
        <w:gridCol w:w="1757"/>
      </w:tblGrid>
      <w:tr w:rsidR="0066044B" w14:paraId="25BB1D89" w14:textId="77777777">
        <w:trPr>
          <w:jc w:val="center"/>
        </w:trPr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2DE403A5" w14:textId="77777777" w:rsidR="0066044B" w:rsidRDefault="007F3BAA">
            <w:r>
              <w:rPr>
                <w:noProof/>
              </w:rPr>
              <w:lastRenderedPageBreak/>
              <w:drawing>
                <wp:inline distT="0" distB="0" distL="0" distR="0" wp14:anchorId="5F73FFFC" wp14:editId="07777777">
                  <wp:extent cx="367989" cy="460800"/>
                  <wp:effectExtent l="0" t="0" r="0" b="0"/>
                  <wp:docPr id="9" name="Picture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4DC75D5-405B-4D78-8B62-017D5FD3DC2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brendans_logo_cropped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989" cy="46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740C0633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5C2D91"/>
                <w:sz w:val="50"/>
              </w:rPr>
              <w:t>May 2027</w:t>
            </w:r>
          </w:p>
        </w:tc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2EBA907B" w14:textId="77777777" w:rsidR="0066044B" w:rsidRDefault="007F3BAA">
            <w:pPr>
              <w:jc w:val="right"/>
            </w:pPr>
            <w:r>
              <w:rPr>
                <w:b/>
                <w:color w:val="007DBA"/>
              </w:rPr>
              <w:t>ACADEMIC YEAR</w:t>
            </w:r>
            <w:r>
              <w:rPr>
                <w:b/>
                <w:color w:val="007DBA"/>
              </w:rPr>
              <w:br/>
              <w:t>2026-2027</w:t>
            </w:r>
          </w:p>
        </w:tc>
      </w:tr>
    </w:tbl>
    <w:p w14:paraId="582D1C16" w14:textId="77777777" w:rsidR="0066044B" w:rsidRDefault="007F3BAA">
      <w:pPr>
        <w:spacing w:after="80"/>
        <w:jc w:val="center"/>
      </w:pPr>
      <w:r>
        <w:rPr>
          <w:b/>
          <w:color w:val="17365D"/>
          <w:sz w:val="17"/>
        </w:rPr>
        <w:t>Bank holidays: Monday 3 and Monday 31 May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192"/>
        <w:gridCol w:w="3192"/>
        <w:gridCol w:w="3192"/>
      </w:tblGrid>
      <w:tr w:rsidR="0066044B" w14:paraId="7D0F9F97" w14:textId="77777777" w:rsidTr="7029D8EC">
        <w:trPr>
          <w:cantSplit/>
          <w:trHeight w:hRule="exact" w:val="369"/>
          <w:jc w:val="center"/>
        </w:trPr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35B174BB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Monday</w:t>
            </w:r>
          </w:p>
        </w:tc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289EAE20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Tuesday</w:t>
            </w:r>
          </w:p>
        </w:tc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61AD1F11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Wednesday</w:t>
            </w:r>
          </w:p>
        </w:tc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056E6A33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Thursday</w:t>
            </w:r>
          </w:p>
        </w:tc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2D8BCE6C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Friday</w:t>
            </w:r>
          </w:p>
        </w:tc>
      </w:tr>
      <w:tr w:rsidR="0066044B" w14:paraId="62431CDC" w14:textId="77777777" w:rsidTr="7029D8EC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9E398E2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6287F21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BE93A62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384BA73E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34B3F2EB" w14:textId="77777777" w:rsidR="0066044B" w:rsidRDefault="0066044B"/>
        </w:tc>
      </w:tr>
      <w:tr w:rsidR="0066044B" w14:paraId="3D6C2E73" w14:textId="77777777" w:rsidTr="7029D8EC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DCEFE8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297C039E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3</w:t>
            </w:r>
          </w:p>
          <w:p w14:paraId="5B729CAC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6A51"/>
                <w:sz w:val="15"/>
              </w:rPr>
              <w:t>BANK HOLIDAY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3BC2995D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4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34C3CC76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5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D9A48CF" w14:textId="1614FB25" w:rsidR="0066044B" w:rsidRDefault="7D4E4B9D" w:rsidP="7D4E4B9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6  Yr 5 Class Assembly 9:00am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F87031A" w14:textId="6617FDC6" w:rsidR="0066044B" w:rsidRDefault="7D4E4B9D" w:rsidP="7D4E4B9D">
            <w:pPr>
              <w:spacing w:after="20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7  </w:t>
            </w:r>
          </w:p>
        </w:tc>
      </w:tr>
      <w:tr w:rsidR="0066044B" w14:paraId="7C5DC81A" w14:textId="77777777" w:rsidTr="7029D8EC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21FF65B9" w14:textId="63A316CC" w:rsidR="0066044B" w:rsidRDefault="7D4E4B9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10</w:t>
            </w:r>
            <w:r w:rsidR="106909DA"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</w:t>
            </w:r>
            <w:r w:rsidR="106909DA" w:rsidRPr="7D4E4B9D">
              <w:rPr>
                <w:color w:val="17365D" w:themeColor="text2" w:themeShade="BF"/>
                <w:sz w:val="24"/>
                <w:szCs w:val="24"/>
              </w:rPr>
              <w:t>Year 6 SATS</w:t>
            </w:r>
          </w:p>
          <w:p w14:paraId="0FA5DB3D" w14:textId="65CA699E" w:rsidR="0066044B" w:rsidRDefault="2175AA5D">
            <w:pPr>
              <w:spacing w:after="20"/>
            </w:pPr>
            <w:r w:rsidRPr="7D4E4B9D">
              <w:rPr>
                <w:color w:val="17365D" w:themeColor="text2" w:themeShade="BF"/>
                <w:sz w:val="24"/>
                <w:szCs w:val="24"/>
              </w:rPr>
              <w:t>Year 6 Breakfast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9F9A2D4" w14:textId="570853FB" w:rsidR="0066044B" w:rsidRDefault="7D4E4B9D" w:rsidP="7D4E4B9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11</w:t>
            </w:r>
            <w:r w:rsidR="2D2CBED0"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</w:t>
            </w:r>
            <w:r w:rsidR="2D2CBED0" w:rsidRPr="7D4E4B9D">
              <w:rPr>
                <w:color w:val="17365D" w:themeColor="text2" w:themeShade="BF"/>
                <w:sz w:val="24"/>
                <w:szCs w:val="24"/>
              </w:rPr>
              <w:t>Year 6 SATS</w:t>
            </w:r>
          </w:p>
          <w:p w14:paraId="0F52A101" w14:textId="65CA699E" w:rsidR="0066044B" w:rsidRDefault="49A45423">
            <w:pPr>
              <w:spacing w:after="20"/>
            </w:pPr>
            <w:r w:rsidRPr="7D4E4B9D">
              <w:rPr>
                <w:color w:val="17365D" w:themeColor="text2" w:themeShade="BF"/>
                <w:sz w:val="24"/>
                <w:szCs w:val="24"/>
              </w:rPr>
              <w:t>Year 6 Breakfast</w:t>
            </w:r>
          </w:p>
          <w:p w14:paraId="5E88EA72" w14:textId="7EEB49AC" w:rsidR="0066044B" w:rsidRDefault="0066044B" w:rsidP="7D4E4B9D">
            <w:pPr>
              <w:spacing w:after="20"/>
              <w:rPr>
                <w:color w:val="17365D" w:themeColor="text2" w:themeShade="BF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5B6C971" w14:textId="419181A4" w:rsidR="0066044B" w:rsidRDefault="7D4E4B9D" w:rsidP="7D4E4B9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12</w:t>
            </w:r>
            <w:r w:rsidR="2936F772"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</w:t>
            </w:r>
            <w:r w:rsidR="2936F772" w:rsidRPr="7D4E4B9D">
              <w:rPr>
                <w:color w:val="17365D" w:themeColor="text2" w:themeShade="BF"/>
                <w:sz w:val="24"/>
                <w:szCs w:val="24"/>
              </w:rPr>
              <w:t>Year 6 SATS</w:t>
            </w:r>
          </w:p>
          <w:p w14:paraId="092AE14A" w14:textId="65CA699E" w:rsidR="0066044B" w:rsidRDefault="35431905">
            <w:pPr>
              <w:spacing w:after="20"/>
            </w:pPr>
            <w:r w:rsidRPr="7D4E4B9D">
              <w:rPr>
                <w:color w:val="17365D" w:themeColor="text2" w:themeShade="BF"/>
                <w:sz w:val="24"/>
                <w:szCs w:val="24"/>
              </w:rPr>
              <w:t>Year 6 Breakfast</w:t>
            </w:r>
          </w:p>
          <w:p w14:paraId="22FE9992" w14:textId="63BF9BF7" w:rsidR="0066044B" w:rsidRDefault="0066044B" w:rsidP="7D4E4B9D">
            <w:pPr>
              <w:spacing w:after="20"/>
              <w:rPr>
                <w:color w:val="17365D" w:themeColor="text2" w:themeShade="BF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FF8DA90" w14:textId="3C45676E" w:rsidR="0066044B" w:rsidRDefault="7D4E4B9D" w:rsidP="7D4E4B9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13</w:t>
            </w:r>
            <w:r w:rsidR="37C0BDFB" w:rsidRPr="7D4E4B9D">
              <w:rPr>
                <w:color w:val="17365D" w:themeColor="text2" w:themeShade="BF"/>
                <w:sz w:val="24"/>
                <w:szCs w:val="24"/>
              </w:rPr>
              <w:t xml:space="preserve"> Year 6 SATS</w:t>
            </w:r>
          </w:p>
          <w:p w14:paraId="6D58B4CE" w14:textId="2AADD1F6" w:rsidR="0066044B" w:rsidRDefault="0BA5897E">
            <w:pPr>
              <w:spacing w:after="20"/>
            </w:pPr>
            <w:r w:rsidRPr="7D4E4B9D">
              <w:rPr>
                <w:color w:val="17365D" w:themeColor="text2" w:themeShade="BF"/>
                <w:sz w:val="24"/>
                <w:szCs w:val="24"/>
              </w:rPr>
              <w:t>Year 6 Breakfast</w:t>
            </w:r>
          </w:p>
          <w:p w14:paraId="62218FB3" w14:textId="0F42DC8F" w:rsidR="0066044B" w:rsidRDefault="3C726491" w:rsidP="7D4E4B9D">
            <w:pPr>
              <w:spacing w:after="20"/>
            </w:pPr>
            <w:r w:rsidRPr="7D4E4B9D">
              <w:rPr>
                <w:color w:val="17365D" w:themeColor="text2" w:themeShade="BF"/>
                <w:sz w:val="24"/>
                <w:szCs w:val="24"/>
              </w:rPr>
              <w:t>Year 6 SATS celebration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0EBE2C2" w14:textId="1B19890C" w:rsidR="0066044B" w:rsidRDefault="7D4E4B9D" w:rsidP="7D4E4B9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14</w:t>
            </w:r>
            <w:r w:rsidR="0CB5EB9D"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- </w:t>
            </w:r>
            <w:r w:rsidR="0CB5EB9D" w:rsidRPr="7D4E4B9D">
              <w:rPr>
                <w:color w:val="17365D" w:themeColor="text2" w:themeShade="BF"/>
                <w:sz w:val="24"/>
                <w:szCs w:val="24"/>
              </w:rPr>
              <w:t>Celebrating St Brendan's-</w:t>
            </w:r>
            <w:r w:rsidR="2A514D19" w:rsidRPr="7D4E4B9D">
              <w:rPr>
                <w:color w:val="17365D" w:themeColor="text2" w:themeShade="BF"/>
                <w:sz w:val="24"/>
                <w:szCs w:val="24"/>
              </w:rPr>
              <w:t xml:space="preserve"> Feast Day</w:t>
            </w:r>
          </w:p>
          <w:p w14:paraId="33434407" w14:textId="21D16751" w:rsidR="0066044B" w:rsidRDefault="0066044B" w:rsidP="7D4E4B9D">
            <w:pPr>
              <w:spacing w:after="20"/>
              <w:rPr>
                <w:color w:val="17365D" w:themeColor="text2" w:themeShade="BF"/>
                <w:sz w:val="24"/>
                <w:szCs w:val="24"/>
              </w:rPr>
            </w:pPr>
          </w:p>
        </w:tc>
      </w:tr>
      <w:tr w:rsidR="0066044B" w14:paraId="1326FB04" w14:textId="77777777" w:rsidTr="7029D8EC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D95BA9B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17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79B2FCD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18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221A289F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19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7BB07BD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20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528FAB2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21</w:t>
            </w:r>
          </w:p>
        </w:tc>
      </w:tr>
      <w:tr w:rsidR="0066044B" w14:paraId="271F0388" w14:textId="77777777" w:rsidTr="7029D8EC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3043C1D" w14:textId="19B0CD56" w:rsidR="0066044B" w:rsidRDefault="3575381C">
            <w:pPr>
              <w:spacing w:after="20"/>
            </w:pPr>
            <w:r w:rsidRPr="7029D8EC">
              <w:rPr>
                <w:b/>
                <w:bCs/>
                <w:color w:val="17365D" w:themeColor="text2" w:themeShade="BF"/>
                <w:sz w:val="24"/>
                <w:szCs w:val="24"/>
              </w:rPr>
              <w:t>24</w:t>
            </w:r>
            <w:r w:rsidR="5BAF3BAB" w:rsidRPr="7029D8EC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Sports Day </w:t>
            </w:r>
          </w:p>
          <w:p w14:paraId="5DB2EAB3" w14:textId="6A3B819F" w:rsidR="0066044B" w:rsidRDefault="5BAF3BAB">
            <w:pPr>
              <w:spacing w:after="20"/>
            </w:pPr>
            <w:r w:rsidRPr="7029D8EC">
              <w:rPr>
                <w:b/>
                <w:bCs/>
                <w:color w:val="17365D" w:themeColor="text2" w:themeShade="BF"/>
                <w:sz w:val="24"/>
                <w:szCs w:val="24"/>
              </w:rPr>
              <w:t>AM – EYFS</w:t>
            </w:r>
            <w:r w:rsidR="0E834394" w:rsidRPr="7029D8EC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 - 9:00am</w:t>
            </w:r>
          </w:p>
          <w:p w14:paraId="4E38EB10" w14:textId="4CAB7B69" w:rsidR="0066044B" w:rsidRDefault="0E834394">
            <w:pPr>
              <w:spacing w:after="20"/>
            </w:pPr>
            <w:r w:rsidRPr="7029D8EC">
              <w:rPr>
                <w:b/>
                <w:bCs/>
                <w:color w:val="17365D" w:themeColor="text2" w:themeShade="BF"/>
                <w:sz w:val="24"/>
                <w:szCs w:val="24"/>
              </w:rPr>
              <w:t>PM – Yr 1 &amp; 2 - 1:00pm</w:t>
            </w:r>
          </w:p>
          <w:p w14:paraId="5284F838" w14:textId="4E4628AE" w:rsidR="0066044B" w:rsidRDefault="0066044B" w:rsidP="7029D8EC">
            <w:pPr>
              <w:spacing w:after="20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558E048" w14:textId="6D78A2AE" w:rsidR="0066044B" w:rsidRDefault="3575381C">
            <w:pPr>
              <w:spacing w:after="20"/>
            </w:pPr>
            <w:r w:rsidRPr="7029D8EC">
              <w:rPr>
                <w:b/>
                <w:bCs/>
                <w:color w:val="17365D" w:themeColor="text2" w:themeShade="BF"/>
                <w:sz w:val="24"/>
                <w:szCs w:val="24"/>
              </w:rPr>
              <w:t>25</w:t>
            </w:r>
            <w:r w:rsidR="7EA14BDB" w:rsidRPr="7029D8EC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Sports Day</w:t>
            </w:r>
          </w:p>
          <w:p w14:paraId="08F64371" w14:textId="34009D5E" w:rsidR="0066044B" w:rsidRDefault="7EA14BDB">
            <w:pPr>
              <w:spacing w:after="20"/>
            </w:pPr>
            <w:r w:rsidRPr="7029D8EC">
              <w:rPr>
                <w:b/>
                <w:bCs/>
                <w:color w:val="17365D" w:themeColor="text2" w:themeShade="BF"/>
                <w:sz w:val="24"/>
                <w:szCs w:val="24"/>
              </w:rPr>
              <w:t>AM – Yr 3 &amp; 4  - 9:00am</w:t>
            </w:r>
          </w:p>
          <w:p w14:paraId="728F1797" w14:textId="5D324C69" w:rsidR="0066044B" w:rsidRDefault="7EA14BDB">
            <w:pPr>
              <w:spacing w:after="20"/>
            </w:pPr>
            <w:r w:rsidRPr="7029D8EC">
              <w:rPr>
                <w:b/>
                <w:bCs/>
                <w:color w:val="17365D" w:themeColor="text2" w:themeShade="BF"/>
                <w:sz w:val="24"/>
                <w:szCs w:val="24"/>
              </w:rPr>
              <w:t>PM - Yr 5 &amp; 6 – 1:00pm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F46C0E1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26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210C003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27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86DC8D1" w14:textId="719A710E" w:rsidR="0066044B" w:rsidRDefault="7D4E4B9D" w:rsidP="7D4E4B9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28 </w:t>
            </w:r>
            <w:r w:rsidRPr="7D4E4B9D">
              <w:rPr>
                <w:color w:val="17365D" w:themeColor="text2" w:themeShade="BF"/>
                <w:sz w:val="24"/>
                <w:szCs w:val="24"/>
              </w:rPr>
              <w:t>Book Look – 3:20pm to 3:40pm</w:t>
            </w:r>
          </w:p>
        </w:tc>
      </w:tr>
      <w:tr w:rsidR="0066044B" w14:paraId="3FF7D4CD" w14:textId="77777777" w:rsidTr="7029D8EC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DCEFE8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A677E84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31</w:t>
            </w:r>
          </w:p>
          <w:p w14:paraId="341862D0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6A51"/>
                <w:sz w:val="15"/>
              </w:rPr>
              <w:t>BANK HOLIDAY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D34F5C7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0B4020A7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D7B270A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F904CB7" w14:textId="77777777" w:rsidR="0066044B" w:rsidRDefault="0066044B"/>
        </w:tc>
      </w:tr>
    </w:tbl>
    <w:p w14:paraId="06971CD3" w14:textId="77777777" w:rsidR="0066044B" w:rsidRDefault="0066044B">
      <w:pPr>
        <w:spacing w:before="80" w:after="4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15"/>
        <w:gridCol w:w="3515"/>
        <w:gridCol w:w="3515"/>
        <w:gridCol w:w="3515"/>
      </w:tblGrid>
      <w:tr w:rsidR="0066044B" w14:paraId="32F384D3" w14:textId="77777777">
        <w:trPr>
          <w:jc w:val="center"/>
        </w:trPr>
        <w:tc>
          <w:tcPr>
            <w:tcW w:w="3515" w:type="dxa"/>
            <w:tcBorders>
              <w:top w:val="single" w:sz="10" w:space="0" w:color="5C2D91"/>
              <w:left w:val="single" w:sz="10" w:space="0" w:color="5C2D91"/>
              <w:bottom w:val="single" w:sz="10" w:space="0" w:color="5C2D91"/>
              <w:right w:val="single" w:sz="10" w:space="0" w:color="5C2D91"/>
            </w:tcBorders>
            <w:shd w:val="clear" w:color="auto" w:fill="E8D9F4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64E8AB86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5C2D91"/>
                <w:sz w:val="16"/>
              </w:rPr>
              <w:t>INSET DAY</w:t>
            </w:r>
          </w:p>
        </w:tc>
        <w:tc>
          <w:tcPr>
            <w:tcW w:w="3515" w:type="dxa"/>
            <w:tcBorders>
              <w:top w:val="single" w:sz="10" w:space="0" w:color="007DBA"/>
              <w:left w:val="single" w:sz="10" w:space="0" w:color="007DBA"/>
              <w:bottom w:val="single" w:sz="10" w:space="0" w:color="007DBA"/>
              <w:right w:val="single" w:sz="10" w:space="0" w:color="007DBA"/>
            </w:tcBorders>
            <w:shd w:val="clear" w:color="auto" w:fill="D8EFFA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4870DD22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007DBA"/>
                <w:sz w:val="16"/>
              </w:rPr>
              <w:t>HALF TERM</w:t>
            </w:r>
          </w:p>
        </w:tc>
        <w:tc>
          <w:tcPr>
            <w:tcW w:w="3515" w:type="dxa"/>
            <w:tcBorders>
              <w:top w:val="single" w:sz="10" w:space="0" w:color="17365D"/>
              <w:left w:val="single" w:sz="10" w:space="0" w:color="17365D"/>
              <w:bottom w:val="single" w:sz="10" w:space="0" w:color="17365D"/>
              <w:right w:val="single" w:sz="10" w:space="0" w:color="17365D"/>
            </w:tcBorders>
            <w:shd w:val="clear" w:color="auto" w:fill="EAF5FA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32B175AC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17365D"/>
                <w:sz w:val="16"/>
              </w:rPr>
              <w:t>SCHOOL HOLIDAY</w:t>
            </w:r>
          </w:p>
        </w:tc>
        <w:tc>
          <w:tcPr>
            <w:tcW w:w="3515" w:type="dxa"/>
            <w:tcBorders>
              <w:top w:val="single" w:sz="10" w:space="0" w:color="176A51"/>
              <w:left w:val="single" w:sz="10" w:space="0" w:color="176A51"/>
              <w:bottom w:val="single" w:sz="10" w:space="0" w:color="176A51"/>
              <w:right w:val="single" w:sz="10" w:space="0" w:color="176A51"/>
            </w:tcBorders>
            <w:shd w:val="clear" w:color="auto" w:fill="DCEFE8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2B2F114B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176A51"/>
                <w:sz w:val="16"/>
              </w:rPr>
              <w:t>BANK HOLIDAY</w:t>
            </w:r>
          </w:p>
        </w:tc>
      </w:tr>
    </w:tbl>
    <w:p w14:paraId="2A1F701D" w14:textId="77777777" w:rsidR="0066044B" w:rsidRDefault="007F3BAA">
      <w: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11792"/>
        <w:gridCol w:w="1757"/>
      </w:tblGrid>
      <w:tr w:rsidR="0066044B" w14:paraId="41E36F1A" w14:textId="77777777">
        <w:trPr>
          <w:jc w:val="center"/>
        </w:trPr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03EFCA41" w14:textId="77777777" w:rsidR="0066044B" w:rsidRDefault="007F3BAA">
            <w:r>
              <w:rPr>
                <w:noProof/>
              </w:rPr>
              <w:lastRenderedPageBreak/>
              <w:drawing>
                <wp:inline distT="0" distB="0" distL="0" distR="0" wp14:anchorId="33A4DDB9" wp14:editId="07777777">
                  <wp:extent cx="367989" cy="460800"/>
                  <wp:effectExtent l="0" t="0" r="0" b="0"/>
                  <wp:docPr id="10" name="Picture 1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3A0EAE3-22D7-47E1-B0AC-B92777E7213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brendans_logo_cropped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989" cy="46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2E918377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5C2D91"/>
                <w:sz w:val="50"/>
              </w:rPr>
              <w:t>June 2027</w:t>
            </w:r>
          </w:p>
        </w:tc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5C6F7574" w14:textId="77777777" w:rsidR="0066044B" w:rsidRDefault="007F3BAA">
            <w:pPr>
              <w:jc w:val="right"/>
            </w:pPr>
            <w:r>
              <w:rPr>
                <w:b/>
                <w:color w:val="007DBA"/>
              </w:rPr>
              <w:t>ACADEMIC YEAR</w:t>
            </w:r>
            <w:r>
              <w:rPr>
                <w:b/>
                <w:color w:val="007DBA"/>
              </w:rPr>
              <w:br/>
              <w:t>2026-2027</w:t>
            </w:r>
          </w:p>
        </w:tc>
      </w:tr>
    </w:tbl>
    <w:p w14:paraId="3A76B25D" w14:textId="77777777" w:rsidR="0066044B" w:rsidRDefault="007F3BAA">
      <w:pPr>
        <w:spacing w:after="80"/>
        <w:jc w:val="center"/>
      </w:pPr>
      <w:r>
        <w:rPr>
          <w:b/>
          <w:color w:val="17365D"/>
          <w:sz w:val="17"/>
        </w:rPr>
        <w:t>Summer half term: Tuesday 1 - Friday 4 June</w:t>
      </w:r>
    </w:p>
    <w:tbl>
      <w:tblPr>
        <w:tblW w:w="0" w:type="auto"/>
        <w:jc w:val="center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192"/>
        <w:gridCol w:w="3192"/>
        <w:gridCol w:w="3192"/>
      </w:tblGrid>
      <w:tr w:rsidR="0066044B" w14:paraId="0D604862" w14:textId="77777777" w:rsidTr="7D4E4B9D">
        <w:trPr>
          <w:cantSplit/>
          <w:trHeight w:hRule="exact" w:val="369"/>
          <w:jc w:val="center"/>
        </w:trPr>
        <w:tc>
          <w:tcPr>
            <w:tcW w:w="3192" w:type="dxa"/>
            <w:tcBorders>
              <w:top w:val="single" w:sz="9" w:space="0" w:color="FFFFFF"/>
              <w:left w:val="single" w:sz="9" w:space="0" w:color="FFFFFF"/>
              <w:bottom w:val="single" w:sz="9" w:space="0" w:color="FFFFFF"/>
              <w:right w:val="single" w:sz="9" w:space="0" w:color="FFFFFF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4561616C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Monday</w:t>
            </w:r>
          </w:p>
        </w:tc>
        <w:tc>
          <w:tcPr>
            <w:tcW w:w="3192" w:type="dxa"/>
            <w:tcBorders>
              <w:top w:val="single" w:sz="9" w:space="0" w:color="FFFFFF"/>
              <w:left w:val="single" w:sz="9" w:space="0" w:color="FFFFFF"/>
              <w:bottom w:val="single" w:sz="9" w:space="0" w:color="FFFFFF"/>
              <w:right w:val="single" w:sz="9" w:space="0" w:color="FFFFFF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2BD1C1CD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Tuesday</w:t>
            </w:r>
          </w:p>
        </w:tc>
        <w:tc>
          <w:tcPr>
            <w:tcW w:w="3192" w:type="dxa"/>
            <w:tcBorders>
              <w:top w:val="single" w:sz="9" w:space="0" w:color="FFFFFF"/>
              <w:left w:val="single" w:sz="9" w:space="0" w:color="FFFFFF"/>
              <w:bottom w:val="single" w:sz="9" w:space="0" w:color="FFFFFF"/>
              <w:right w:val="single" w:sz="9" w:space="0" w:color="FFFFFF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603AA6F9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Wednesday</w:t>
            </w:r>
          </w:p>
        </w:tc>
        <w:tc>
          <w:tcPr>
            <w:tcW w:w="3192" w:type="dxa"/>
            <w:tcBorders>
              <w:top w:val="single" w:sz="9" w:space="0" w:color="FFFFFF"/>
              <w:left w:val="single" w:sz="9" w:space="0" w:color="FFFFFF"/>
              <w:bottom w:val="single" w:sz="9" w:space="0" w:color="FFFFFF"/>
              <w:right w:val="single" w:sz="9" w:space="0" w:color="FFFFFF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4D9E4C9E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Thursday</w:t>
            </w:r>
          </w:p>
        </w:tc>
        <w:tc>
          <w:tcPr>
            <w:tcW w:w="3192" w:type="dxa"/>
            <w:tcBorders>
              <w:top w:val="single" w:sz="9" w:space="0" w:color="FFFFFF"/>
              <w:left w:val="single" w:sz="9" w:space="0" w:color="FFFFFF"/>
              <w:bottom w:val="single" w:sz="9" w:space="0" w:color="FFFFFF"/>
              <w:right w:val="single" w:sz="9" w:space="0" w:color="FFFFFF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666D1E7E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Friday</w:t>
            </w:r>
          </w:p>
        </w:tc>
      </w:tr>
      <w:tr w:rsidR="0066044B" w14:paraId="585B192E" w14:textId="77777777" w:rsidTr="7D4E4B9D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F96A722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050B3AD0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</w:t>
            </w:r>
          </w:p>
          <w:p w14:paraId="010EC465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007DBA"/>
                <w:sz w:val="15"/>
              </w:rPr>
              <w:t>SUMMER HALF TERM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8A8CB7E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</w:t>
            </w:r>
          </w:p>
          <w:p w14:paraId="082CFF5F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007DBA"/>
                <w:sz w:val="15"/>
              </w:rPr>
              <w:t>SUMMER HALF TERM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2A2176D0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3</w:t>
            </w:r>
          </w:p>
          <w:p w14:paraId="1CD57357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007DBA"/>
                <w:sz w:val="15"/>
              </w:rPr>
              <w:t>SUMMER HALF TERM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CD048C6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4</w:t>
            </w:r>
          </w:p>
          <w:p w14:paraId="1E1679E8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007DBA"/>
                <w:sz w:val="15"/>
              </w:rPr>
              <w:t>SUMMER HALF TERM</w:t>
            </w:r>
          </w:p>
        </w:tc>
      </w:tr>
      <w:tr w:rsidR="0066044B" w14:paraId="50FA3463" w14:textId="77777777" w:rsidTr="7D4E4B9D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7E6CB27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7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7BBEA4A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8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BB22C15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9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E8FBDAF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10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26360089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11</w:t>
            </w:r>
          </w:p>
        </w:tc>
      </w:tr>
      <w:tr w:rsidR="0066044B" w14:paraId="18B7BB6E" w14:textId="77777777" w:rsidTr="7D4E4B9D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2874E130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14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7D23D5B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15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83605B9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16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2588D061" w14:textId="3ABD3A88" w:rsidR="0066044B" w:rsidRDefault="7D4E4B9D" w:rsidP="7D4E4B9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17  Yr 1 Class Assembly  9:00am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052EA3A" w14:textId="3F44DA4E" w:rsidR="0066044B" w:rsidRDefault="7D4E4B9D" w:rsidP="7D4E4B9D">
            <w:pPr>
              <w:spacing w:after="20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18  </w:t>
            </w:r>
          </w:p>
        </w:tc>
      </w:tr>
      <w:tr w:rsidR="0066044B" w14:paraId="5972CA88" w14:textId="77777777" w:rsidTr="7D4E4B9D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73AD2FC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21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B0F123E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22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086D4785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23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DFBC012" w14:textId="7CD6993A" w:rsidR="0066044B" w:rsidRDefault="7D4E4B9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24    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033917F2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25</w:t>
            </w:r>
          </w:p>
        </w:tc>
      </w:tr>
      <w:tr w:rsidR="0066044B" w14:paraId="7DD85A07" w14:textId="77777777" w:rsidTr="7D4E4B9D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9F7A25F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28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775D929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29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3B36BAC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30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B95CD12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220BBB2" w14:textId="77777777" w:rsidR="0066044B" w:rsidRDefault="0066044B"/>
        </w:tc>
      </w:tr>
      <w:tr w:rsidR="0066044B" w14:paraId="13CB595B" w14:textId="77777777" w:rsidTr="7D4E4B9D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D9C8D39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75E05EE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2FC17F8B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0A4F7224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AE48A43" w14:textId="77777777" w:rsidR="0066044B" w:rsidRDefault="0066044B"/>
        </w:tc>
      </w:tr>
    </w:tbl>
    <w:p w14:paraId="50F40DEB" w14:textId="77777777" w:rsidR="0066044B" w:rsidRDefault="0066044B">
      <w:pPr>
        <w:spacing w:before="80" w:after="4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15"/>
        <w:gridCol w:w="3515"/>
        <w:gridCol w:w="3515"/>
        <w:gridCol w:w="3515"/>
      </w:tblGrid>
      <w:tr w:rsidR="0066044B" w14:paraId="6584AE74" w14:textId="77777777">
        <w:trPr>
          <w:jc w:val="center"/>
        </w:trPr>
        <w:tc>
          <w:tcPr>
            <w:tcW w:w="3515" w:type="dxa"/>
            <w:tcBorders>
              <w:top w:val="single" w:sz="10" w:space="0" w:color="5C2D91"/>
              <w:left w:val="single" w:sz="10" w:space="0" w:color="5C2D91"/>
              <w:bottom w:val="single" w:sz="10" w:space="0" w:color="5C2D91"/>
              <w:right w:val="single" w:sz="10" w:space="0" w:color="5C2D91"/>
            </w:tcBorders>
            <w:shd w:val="clear" w:color="auto" w:fill="E8D9F4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645AC3AE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5C2D91"/>
                <w:sz w:val="16"/>
              </w:rPr>
              <w:t>INSET DAY</w:t>
            </w:r>
          </w:p>
        </w:tc>
        <w:tc>
          <w:tcPr>
            <w:tcW w:w="3515" w:type="dxa"/>
            <w:tcBorders>
              <w:top w:val="single" w:sz="10" w:space="0" w:color="007DBA"/>
              <w:left w:val="single" w:sz="10" w:space="0" w:color="007DBA"/>
              <w:bottom w:val="single" w:sz="10" w:space="0" w:color="007DBA"/>
              <w:right w:val="single" w:sz="10" w:space="0" w:color="007DBA"/>
            </w:tcBorders>
            <w:shd w:val="clear" w:color="auto" w:fill="D8EFFA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436DB668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007DBA"/>
                <w:sz w:val="16"/>
              </w:rPr>
              <w:t>HALF TERM</w:t>
            </w:r>
          </w:p>
        </w:tc>
        <w:tc>
          <w:tcPr>
            <w:tcW w:w="3515" w:type="dxa"/>
            <w:tcBorders>
              <w:top w:val="single" w:sz="10" w:space="0" w:color="17365D"/>
              <w:left w:val="single" w:sz="10" w:space="0" w:color="17365D"/>
              <w:bottom w:val="single" w:sz="10" w:space="0" w:color="17365D"/>
              <w:right w:val="single" w:sz="10" w:space="0" w:color="17365D"/>
            </w:tcBorders>
            <w:shd w:val="clear" w:color="auto" w:fill="EAF5FA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38F996B0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17365D"/>
                <w:sz w:val="16"/>
              </w:rPr>
              <w:t>SCHOOL HOLIDAY</w:t>
            </w:r>
          </w:p>
        </w:tc>
        <w:tc>
          <w:tcPr>
            <w:tcW w:w="3515" w:type="dxa"/>
            <w:tcBorders>
              <w:top w:val="single" w:sz="10" w:space="0" w:color="176A51"/>
              <w:left w:val="single" w:sz="10" w:space="0" w:color="176A51"/>
              <w:bottom w:val="single" w:sz="10" w:space="0" w:color="176A51"/>
              <w:right w:val="single" w:sz="10" w:space="0" w:color="176A51"/>
            </w:tcBorders>
            <w:shd w:val="clear" w:color="auto" w:fill="DCEFE8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740B10E0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176A51"/>
                <w:sz w:val="16"/>
              </w:rPr>
              <w:t>BANK HOLIDAY</w:t>
            </w:r>
          </w:p>
        </w:tc>
      </w:tr>
    </w:tbl>
    <w:p w14:paraId="77A52294" w14:textId="77777777" w:rsidR="0066044B" w:rsidRDefault="007F3BAA">
      <w: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11792"/>
        <w:gridCol w:w="1757"/>
      </w:tblGrid>
      <w:tr w:rsidR="0066044B" w14:paraId="7620A7EE" w14:textId="77777777">
        <w:trPr>
          <w:jc w:val="center"/>
        </w:trPr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007DCDA8" w14:textId="77777777" w:rsidR="0066044B" w:rsidRDefault="007F3BAA">
            <w:r>
              <w:rPr>
                <w:noProof/>
              </w:rPr>
              <w:lastRenderedPageBreak/>
              <w:drawing>
                <wp:inline distT="0" distB="0" distL="0" distR="0" wp14:anchorId="34388CEA" wp14:editId="07777777">
                  <wp:extent cx="367989" cy="460800"/>
                  <wp:effectExtent l="0" t="0" r="0" b="0"/>
                  <wp:docPr id="11" name="Picture 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8401E77-324B-4CA8-A692-59AE17D499F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brendans_logo_cropped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989" cy="46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170A94F1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5C2D91"/>
                <w:sz w:val="50"/>
              </w:rPr>
              <w:t>July 2027</w:t>
            </w:r>
          </w:p>
        </w:tc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287C540B" w14:textId="77777777" w:rsidR="0066044B" w:rsidRDefault="007F3BAA">
            <w:pPr>
              <w:jc w:val="right"/>
            </w:pPr>
            <w:r>
              <w:rPr>
                <w:b/>
                <w:color w:val="007DBA"/>
              </w:rPr>
              <w:t>ACADEMIC YEAR</w:t>
            </w:r>
            <w:r>
              <w:rPr>
                <w:b/>
                <w:color w:val="007DBA"/>
              </w:rPr>
              <w:br/>
              <w:t>2026-2027</w:t>
            </w:r>
          </w:p>
        </w:tc>
      </w:tr>
    </w:tbl>
    <w:p w14:paraId="398AF2E6" w14:textId="77777777" w:rsidR="0066044B" w:rsidRDefault="007F3BAA">
      <w:pPr>
        <w:spacing w:after="80"/>
        <w:jc w:val="center"/>
      </w:pPr>
      <w:r>
        <w:rPr>
          <w:b/>
          <w:color w:val="17365D"/>
          <w:sz w:val="17"/>
        </w:rPr>
        <w:t>INSET Days: Monday 26 and Tuesday 27 July | Summer holiday begins Wednesday 28 July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192"/>
        <w:gridCol w:w="3192"/>
        <w:gridCol w:w="3192"/>
      </w:tblGrid>
      <w:tr w:rsidR="0066044B" w14:paraId="7FDE9029" w14:textId="77777777" w:rsidTr="7029D8EC">
        <w:trPr>
          <w:cantSplit/>
          <w:trHeight w:hRule="exact" w:val="369"/>
          <w:jc w:val="center"/>
        </w:trPr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2127BB42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Monday</w:t>
            </w:r>
          </w:p>
        </w:tc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54ABDE01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Tuesday</w:t>
            </w:r>
          </w:p>
        </w:tc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575F2B02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Wednesday</w:t>
            </w:r>
          </w:p>
        </w:tc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1744CBC6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Thursday</w:t>
            </w:r>
          </w:p>
        </w:tc>
        <w:tc>
          <w:tcPr>
            <w:tcW w:w="3192" w:type="dxa"/>
            <w:tcBorders>
              <w:top w:val="single" w:sz="9" w:space="0" w:color="FFFFFF" w:themeColor="background1"/>
              <w:left w:val="single" w:sz="9" w:space="0" w:color="FFFFFF" w:themeColor="background1"/>
              <w:bottom w:val="single" w:sz="9" w:space="0" w:color="FFFFFF" w:themeColor="background1"/>
              <w:right w:val="single" w:sz="9" w:space="0" w:color="FFFFFF" w:themeColor="background1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2E0FCDCA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Friday</w:t>
            </w:r>
          </w:p>
        </w:tc>
      </w:tr>
      <w:tr w:rsidR="0066044B" w14:paraId="4CD1044D" w14:textId="77777777" w:rsidTr="7029D8EC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50EA2D7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3DD355C9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A81F0B1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B965A47" w14:textId="07E5BE53" w:rsidR="0066044B" w:rsidRDefault="3575381C" w:rsidP="7029D8EC">
            <w:pPr>
              <w:spacing w:after="20"/>
            </w:pPr>
            <w:r w:rsidRPr="7029D8EC">
              <w:rPr>
                <w:b/>
                <w:bCs/>
                <w:color w:val="17365D" w:themeColor="text2" w:themeShade="BF"/>
                <w:sz w:val="24"/>
                <w:szCs w:val="24"/>
              </w:rPr>
              <w:t>1</w:t>
            </w:r>
            <w:r w:rsidR="133D73FC" w:rsidRPr="7029D8EC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EYFS Class Assembly – 9:00am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2E643A39" w14:textId="031055B5" w:rsidR="0066044B" w:rsidRDefault="7D4E4B9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2 </w:t>
            </w:r>
            <w:r w:rsidRPr="7D4E4B9D">
              <w:rPr>
                <w:color w:val="17365D" w:themeColor="text2" w:themeShade="BF"/>
                <w:sz w:val="24"/>
                <w:szCs w:val="24"/>
              </w:rPr>
              <w:t>Postcards Home- New classes and teacher</w:t>
            </w:r>
          </w:p>
        </w:tc>
      </w:tr>
      <w:tr w:rsidR="0066044B" w14:paraId="6F3A2956" w14:textId="77777777" w:rsidTr="7029D8EC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090736E" w14:textId="73776314" w:rsidR="0066044B" w:rsidRDefault="7D4E4B9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5 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AA1B773" w14:textId="09984F18" w:rsidR="0066044B" w:rsidRDefault="7D4E4B9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6 </w:t>
            </w:r>
            <w:r w:rsidRPr="7D4E4B9D">
              <w:rPr>
                <w:color w:val="17365D" w:themeColor="text2" w:themeShade="BF"/>
                <w:sz w:val="24"/>
                <w:szCs w:val="24"/>
              </w:rPr>
              <w:t>New class- Transition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0D246AF9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7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22F208E" w14:textId="58C076D0" w:rsidR="0066044B" w:rsidRDefault="3575381C" w:rsidP="7029D8EC">
            <w:pPr>
              <w:spacing w:after="20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  <w:r w:rsidRPr="7029D8EC">
              <w:rPr>
                <w:b/>
                <w:bCs/>
                <w:color w:val="17365D" w:themeColor="text2" w:themeShade="BF"/>
                <w:sz w:val="24"/>
                <w:szCs w:val="24"/>
              </w:rPr>
              <w:t>8</w:t>
            </w:r>
            <w:r w:rsidR="610B536B" w:rsidRPr="7029D8EC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</w:t>
            </w:r>
          </w:p>
          <w:p w14:paraId="3C6C8592" w14:textId="213F052B" w:rsidR="0066044B" w:rsidRDefault="0066044B" w:rsidP="7029D8EC">
            <w:pPr>
              <w:spacing w:after="20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22AC84DE" w14:textId="59300128" w:rsidR="0066044B" w:rsidRDefault="7D4E4B9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9 Class transition morning meet with teacher</w:t>
            </w:r>
          </w:p>
          <w:p w14:paraId="2DADD19A" w14:textId="53D2D468" w:rsidR="0066044B" w:rsidRDefault="0066044B" w:rsidP="7029D8EC">
            <w:pPr>
              <w:spacing w:after="20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</w:p>
        </w:tc>
      </w:tr>
      <w:tr w:rsidR="0066044B" w14:paraId="1C37B755" w14:textId="77777777" w:rsidTr="7029D8EC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980CDB1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12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01423BC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13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C45D250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14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640760B" w14:textId="289262C0" w:rsidR="0066044B" w:rsidRDefault="3575381C" w:rsidP="7029D8EC">
            <w:pPr>
              <w:spacing w:after="0"/>
              <w:jc w:val="center"/>
              <w:rPr>
                <w:rFonts w:eastAsia="Aptos" w:cs="Aptos"/>
                <w:sz w:val="24"/>
                <w:szCs w:val="24"/>
              </w:rPr>
            </w:pPr>
            <w:r w:rsidRPr="7029D8EC">
              <w:rPr>
                <w:b/>
                <w:bCs/>
                <w:color w:val="17365D" w:themeColor="text2" w:themeShade="BF"/>
                <w:sz w:val="24"/>
                <w:szCs w:val="24"/>
              </w:rPr>
              <w:t>15</w:t>
            </w:r>
            <w:r w:rsidR="7C12511C" w:rsidRPr="7029D8EC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</w:t>
            </w:r>
            <w:r w:rsidR="7C12511C" w:rsidRPr="7029D8EC">
              <w:rPr>
                <w:rFonts w:eastAsia="Aptos" w:cs="Aptos"/>
                <w:color w:val="000000" w:themeColor="text1"/>
                <w:sz w:val="16"/>
                <w:szCs w:val="16"/>
              </w:rPr>
              <w:t>Year 6 performance 2:00pm</w:t>
            </w:r>
          </w:p>
          <w:p w14:paraId="2E56BDFE" w14:textId="58139B97" w:rsidR="0066044B" w:rsidRDefault="0066044B" w:rsidP="7029D8EC">
            <w:pPr>
              <w:spacing w:after="20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AF6AB69" w14:textId="71FEA22D" w:rsidR="0066044B" w:rsidRDefault="7D4E4B9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16 </w:t>
            </w:r>
            <w:r w:rsidRPr="7D4E4B9D">
              <w:rPr>
                <w:color w:val="17365D" w:themeColor="text2" w:themeShade="BF"/>
                <w:sz w:val="24"/>
                <w:szCs w:val="24"/>
              </w:rPr>
              <w:t>School Report</w:t>
            </w:r>
          </w:p>
        </w:tc>
      </w:tr>
      <w:tr w:rsidR="0066044B" w14:paraId="26BAB8B2" w14:textId="77777777" w:rsidTr="7029D8EC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3F13D5C4" w14:textId="1FB2DC96" w:rsidR="0066044B" w:rsidRDefault="7D4E4B9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19</w:t>
            </w:r>
          </w:p>
          <w:p w14:paraId="267D3215" w14:textId="560B5F59" w:rsidR="0066044B" w:rsidRDefault="5FD99806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Year 6 Residential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98F4B38" w14:textId="3AD129A9" w:rsidR="0066044B" w:rsidRDefault="7D4E4B9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20</w:t>
            </w:r>
          </w:p>
          <w:p w14:paraId="404748AE" w14:textId="560B5F59" w:rsidR="0066044B" w:rsidRDefault="0F06DDF0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Year 6 Residential</w:t>
            </w:r>
          </w:p>
          <w:p w14:paraId="74BC2F5A" w14:textId="77A8F3DC" w:rsidR="0066044B" w:rsidRDefault="0066044B" w:rsidP="7D4E4B9D">
            <w:pPr>
              <w:spacing w:after="20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F9035E4" w14:textId="0ED51D92" w:rsidR="0066044B" w:rsidRDefault="7D4E4B9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21</w:t>
            </w:r>
          </w:p>
          <w:p w14:paraId="6B7FC7F1" w14:textId="560B5F59" w:rsidR="0066044B" w:rsidRDefault="07FAADFE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Year 6 Residential</w:t>
            </w:r>
          </w:p>
          <w:p w14:paraId="469E47B7" w14:textId="0515450A" w:rsidR="0066044B" w:rsidRDefault="0681A13D">
            <w:pPr>
              <w:spacing w:after="20"/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36DB7702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22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ED1EDFC" w14:textId="4F1A851E" w:rsidR="0066044B" w:rsidRDefault="3575381C" w:rsidP="7029D8EC">
            <w:pPr>
              <w:spacing w:after="0"/>
              <w:jc w:val="center"/>
              <w:rPr>
                <w:rFonts w:eastAsia="Aptos" w:cs="Aptos"/>
                <w:sz w:val="24"/>
                <w:szCs w:val="24"/>
              </w:rPr>
            </w:pPr>
            <w:r w:rsidRPr="7029D8EC">
              <w:rPr>
                <w:b/>
                <w:bCs/>
                <w:color w:val="17365D" w:themeColor="text2" w:themeShade="BF"/>
                <w:sz w:val="24"/>
                <w:szCs w:val="24"/>
              </w:rPr>
              <w:t>23</w:t>
            </w:r>
            <w:r w:rsidR="173879CA" w:rsidRPr="7029D8EC">
              <w:rPr>
                <w:rFonts w:eastAsia="Aptos" w:cs="Aptos"/>
                <w:b/>
                <w:bCs/>
                <w:color w:val="17705A"/>
                <w:sz w:val="14"/>
                <w:szCs w:val="14"/>
              </w:rPr>
              <w:t xml:space="preserve"> Year 6 leavers assembly 9:00am</w:t>
            </w:r>
          </w:p>
          <w:p w14:paraId="1F84ED27" w14:textId="4FB3A089" w:rsidR="0066044B" w:rsidRDefault="0066044B" w:rsidP="7029D8EC">
            <w:pPr>
              <w:spacing w:after="20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</w:p>
        </w:tc>
      </w:tr>
      <w:tr w:rsidR="0066044B" w14:paraId="62B3E776" w14:textId="77777777" w:rsidTr="7029D8EC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8D9F4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05A141C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26</w:t>
            </w:r>
          </w:p>
          <w:p w14:paraId="66D4C937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5C2D91"/>
                <w:sz w:val="15"/>
              </w:rPr>
              <w:t>INSET 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8D9F4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7E1AC04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27</w:t>
            </w:r>
          </w:p>
          <w:p w14:paraId="23DFE6DA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5C2D91"/>
                <w:sz w:val="15"/>
              </w:rPr>
              <w:t>INSET 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1549C2A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28</w:t>
            </w:r>
          </w:p>
          <w:p w14:paraId="55034C8A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0CDF961C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29</w:t>
            </w:r>
          </w:p>
          <w:p w14:paraId="3FDD0815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331168FC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30</w:t>
            </w:r>
          </w:p>
          <w:p w14:paraId="3F58FAE1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</w:tr>
      <w:tr w:rsidR="0066044B" w14:paraId="717AAFBA" w14:textId="77777777" w:rsidTr="7029D8EC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6EE48EE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2908EB2C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21FD38A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FE2DD96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27357532" w14:textId="77777777" w:rsidR="0066044B" w:rsidRDefault="0066044B"/>
        </w:tc>
      </w:tr>
    </w:tbl>
    <w:p w14:paraId="07F023C8" w14:textId="77777777" w:rsidR="0066044B" w:rsidRDefault="0066044B">
      <w:pPr>
        <w:spacing w:before="80" w:after="4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15"/>
        <w:gridCol w:w="3515"/>
        <w:gridCol w:w="3515"/>
        <w:gridCol w:w="3515"/>
      </w:tblGrid>
      <w:tr w:rsidR="0066044B" w14:paraId="2177A5F8" w14:textId="77777777">
        <w:trPr>
          <w:jc w:val="center"/>
        </w:trPr>
        <w:tc>
          <w:tcPr>
            <w:tcW w:w="3515" w:type="dxa"/>
            <w:tcBorders>
              <w:top w:val="single" w:sz="10" w:space="0" w:color="5C2D91"/>
              <w:left w:val="single" w:sz="10" w:space="0" w:color="5C2D91"/>
              <w:bottom w:val="single" w:sz="10" w:space="0" w:color="5C2D91"/>
              <w:right w:val="single" w:sz="10" w:space="0" w:color="5C2D91"/>
            </w:tcBorders>
            <w:shd w:val="clear" w:color="auto" w:fill="E8D9F4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54FAB382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5C2D91"/>
                <w:sz w:val="16"/>
              </w:rPr>
              <w:t>INSET DAY</w:t>
            </w:r>
          </w:p>
        </w:tc>
        <w:tc>
          <w:tcPr>
            <w:tcW w:w="3515" w:type="dxa"/>
            <w:tcBorders>
              <w:top w:val="single" w:sz="10" w:space="0" w:color="007DBA"/>
              <w:left w:val="single" w:sz="10" w:space="0" w:color="007DBA"/>
              <w:bottom w:val="single" w:sz="10" w:space="0" w:color="007DBA"/>
              <w:right w:val="single" w:sz="10" w:space="0" w:color="007DBA"/>
            </w:tcBorders>
            <w:shd w:val="clear" w:color="auto" w:fill="D8EFFA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427F02D5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007DBA"/>
                <w:sz w:val="16"/>
              </w:rPr>
              <w:t>HALF TERM</w:t>
            </w:r>
          </w:p>
        </w:tc>
        <w:tc>
          <w:tcPr>
            <w:tcW w:w="3515" w:type="dxa"/>
            <w:tcBorders>
              <w:top w:val="single" w:sz="10" w:space="0" w:color="17365D"/>
              <w:left w:val="single" w:sz="10" w:space="0" w:color="17365D"/>
              <w:bottom w:val="single" w:sz="10" w:space="0" w:color="17365D"/>
              <w:right w:val="single" w:sz="10" w:space="0" w:color="17365D"/>
            </w:tcBorders>
            <w:shd w:val="clear" w:color="auto" w:fill="EAF5FA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70A737A3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17365D"/>
                <w:sz w:val="16"/>
              </w:rPr>
              <w:t>SCHOOL HOLIDAY</w:t>
            </w:r>
          </w:p>
        </w:tc>
        <w:tc>
          <w:tcPr>
            <w:tcW w:w="3515" w:type="dxa"/>
            <w:tcBorders>
              <w:top w:val="single" w:sz="10" w:space="0" w:color="176A51"/>
              <w:left w:val="single" w:sz="10" w:space="0" w:color="176A51"/>
              <w:bottom w:val="single" w:sz="10" w:space="0" w:color="176A51"/>
              <w:right w:val="single" w:sz="10" w:space="0" w:color="176A51"/>
            </w:tcBorders>
            <w:shd w:val="clear" w:color="auto" w:fill="DCEFE8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4DC1C16B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176A51"/>
                <w:sz w:val="16"/>
              </w:rPr>
              <w:t>BANK HOLIDAY</w:t>
            </w:r>
          </w:p>
        </w:tc>
      </w:tr>
    </w:tbl>
    <w:p w14:paraId="4BDB5498" w14:textId="77777777" w:rsidR="0066044B" w:rsidRDefault="007F3BAA">
      <w: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11792"/>
        <w:gridCol w:w="1757"/>
      </w:tblGrid>
      <w:tr w:rsidR="0066044B" w14:paraId="749AC986" w14:textId="77777777">
        <w:trPr>
          <w:jc w:val="center"/>
        </w:trPr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2916C19D" w14:textId="77777777" w:rsidR="0066044B" w:rsidRDefault="007F3BAA">
            <w:r>
              <w:rPr>
                <w:noProof/>
              </w:rPr>
              <w:lastRenderedPageBreak/>
              <w:drawing>
                <wp:inline distT="0" distB="0" distL="0" distR="0" wp14:anchorId="3A2DDD71" wp14:editId="07777777">
                  <wp:extent cx="367989" cy="460800"/>
                  <wp:effectExtent l="0" t="0" r="0" b="0"/>
                  <wp:docPr id="12" name="Picture 1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75B087A-0428-466B-AB21-4443FACADF4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brendans_logo_cropped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989" cy="46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32E9B74F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5C2D91"/>
                <w:sz w:val="50"/>
              </w:rPr>
              <w:t>August 2027</w:t>
            </w:r>
          </w:p>
        </w:tc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00C5DBBB" w14:textId="77777777" w:rsidR="0066044B" w:rsidRDefault="007F3BAA">
            <w:pPr>
              <w:jc w:val="right"/>
            </w:pPr>
            <w:r>
              <w:rPr>
                <w:b/>
                <w:color w:val="007DBA"/>
              </w:rPr>
              <w:t>ACADEMIC YEAR</w:t>
            </w:r>
            <w:r>
              <w:rPr>
                <w:b/>
                <w:color w:val="007DBA"/>
              </w:rPr>
              <w:br/>
              <w:t>2026-2027</w:t>
            </w:r>
          </w:p>
        </w:tc>
      </w:tr>
    </w:tbl>
    <w:p w14:paraId="1A9D2539" w14:textId="77777777" w:rsidR="0066044B" w:rsidRDefault="007F3BAA">
      <w:pPr>
        <w:spacing w:after="80"/>
        <w:jc w:val="center"/>
      </w:pPr>
      <w:r>
        <w:rPr>
          <w:b/>
          <w:color w:val="17365D"/>
          <w:sz w:val="17"/>
        </w:rPr>
        <w:t>Summer holiday throughout August | Bank holiday Monday 30 August</w:t>
      </w:r>
    </w:p>
    <w:tbl>
      <w:tblPr>
        <w:tblW w:w="0" w:type="auto"/>
        <w:jc w:val="center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192"/>
        <w:gridCol w:w="3192"/>
        <w:gridCol w:w="3192"/>
      </w:tblGrid>
      <w:tr w:rsidR="0066044B" w14:paraId="7FCD7B33" w14:textId="77777777" w:rsidTr="620EBD16">
        <w:trPr>
          <w:cantSplit/>
          <w:trHeight w:hRule="exact" w:val="369"/>
          <w:jc w:val="center"/>
        </w:trPr>
        <w:tc>
          <w:tcPr>
            <w:tcW w:w="3192" w:type="dxa"/>
            <w:tcBorders>
              <w:top w:val="single" w:sz="9" w:space="0" w:color="FFFFFF"/>
              <w:left w:val="single" w:sz="9" w:space="0" w:color="FFFFFF"/>
              <w:bottom w:val="single" w:sz="9" w:space="0" w:color="FFFFFF"/>
              <w:right w:val="single" w:sz="9" w:space="0" w:color="FFFFFF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1260A6C6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Monday</w:t>
            </w:r>
          </w:p>
        </w:tc>
        <w:tc>
          <w:tcPr>
            <w:tcW w:w="3192" w:type="dxa"/>
            <w:tcBorders>
              <w:top w:val="single" w:sz="9" w:space="0" w:color="FFFFFF"/>
              <w:left w:val="single" w:sz="9" w:space="0" w:color="FFFFFF"/>
              <w:bottom w:val="single" w:sz="9" w:space="0" w:color="FFFFFF"/>
              <w:right w:val="single" w:sz="9" w:space="0" w:color="FFFFFF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17AA68A4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Tuesday</w:t>
            </w:r>
          </w:p>
        </w:tc>
        <w:tc>
          <w:tcPr>
            <w:tcW w:w="3192" w:type="dxa"/>
            <w:tcBorders>
              <w:top w:val="single" w:sz="9" w:space="0" w:color="FFFFFF"/>
              <w:left w:val="single" w:sz="9" w:space="0" w:color="FFFFFF"/>
              <w:bottom w:val="single" w:sz="9" w:space="0" w:color="FFFFFF"/>
              <w:right w:val="single" w:sz="9" w:space="0" w:color="FFFFFF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2CF37E08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Wednesday</w:t>
            </w:r>
          </w:p>
        </w:tc>
        <w:tc>
          <w:tcPr>
            <w:tcW w:w="3192" w:type="dxa"/>
            <w:tcBorders>
              <w:top w:val="single" w:sz="9" w:space="0" w:color="FFFFFF"/>
              <w:left w:val="single" w:sz="9" w:space="0" w:color="FFFFFF"/>
              <w:bottom w:val="single" w:sz="9" w:space="0" w:color="FFFFFF"/>
              <w:right w:val="single" w:sz="9" w:space="0" w:color="FFFFFF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7D08382C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Thursday</w:t>
            </w:r>
          </w:p>
        </w:tc>
        <w:tc>
          <w:tcPr>
            <w:tcW w:w="3192" w:type="dxa"/>
            <w:tcBorders>
              <w:top w:val="single" w:sz="9" w:space="0" w:color="FFFFFF"/>
              <w:left w:val="single" w:sz="9" w:space="0" w:color="FFFFFF"/>
              <w:bottom w:val="single" w:sz="9" w:space="0" w:color="FFFFFF"/>
              <w:right w:val="single" w:sz="9" w:space="0" w:color="FFFFFF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14:paraId="65E9CA0C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FFFFFF"/>
              </w:rPr>
              <w:t>Friday</w:t>
            </w:r>
          </w:p>
        </w:tc>
      </w:tr>
      <w:tr w:rsidR="0066044B" w14:paraId="74869460" w14:textId="77777777" w:rsidTr="620EBD16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87F57B8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4738AF4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6ABBD8F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06BBA33E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64FCBC1" w14:textId="77777777" w:rsidR="0066044B" w:rsidRDefault="0066044B"/>
        </w:tc>
      </w:tr>
      <w:tr w:rsidR="0066044B" w14:paraId="5C76A4F2" w14:textId="77777777" w:rsidTr="620EBD16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A9DB5E7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</w:t>
            </w:r>
          </w:p>
          <w:p w14:paraId="6DE5AF79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3C1ED14B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3</w:t>
            </w:r>
          </w:p>
          <w:p w14:paraId="3AEDB2CE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2A108F41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4</w:t>
            </w:r>
          </w:p>
          <w:p w14:paraId="2F016450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95C1E81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5</w:t>
            </w:r>
          </w:p>
          <w:p w14:paraId="41FD6111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1D3DECFD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6</w:t>
            </w:r>
          </w:p>
          <w:p w14:paraId="1557D56C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</w:tr>
      <w:tr w:rsidR="0066044B" w14:paraId="17648DDD" w14:textId="77777777" w:rsidTr="620EBD16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3F6EB12A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9</w:t>
            </w:r>
          </w:p>
          <w:p w14:paraId="7529CBF4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8AD3BD9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10</w:t>
            </w:r>
          </w:p>
          <w:p w14:paraId="0D017ECF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57D9643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11</w:t>
            </w:r>
          </w:p>
          <w:p w14:paraId="0CF18EB7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2331FB9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12</w:t>
            </w:r>
          </w:p>
          <w:p w14:paraId="379EAA57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192DA54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13</w:t>
            </w:r>
          </w:p>
          <w:p w14:paraId="53CCC61B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</w:tr>
      <w:tr w:rsidR="0066044B" w14:paraId="2E36F196" w14:textId="77777777" w:rsidTr="620EBD16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BDCCDF2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16</w:t>
            </w:r>
          </w:p>
          <w:p w14:paraId="7D39AD75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583CC58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17</w:t>
            </w:r>
          </w:p>
          <w:p w14:paraId="29D91591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7C57E71E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18</w:t>
            </w:r>
          </w:p>
          <w:p w14:paraId="0E88B129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28B6FA22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19</w:t>
            </w:r>
          </w:p>
          <w:p w14:paraId="0B87AB1F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6B441830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20</w:t>
            </w:r>
          </w:p>
          <w:p w14:paraId="6C9D9A36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</w:tr>
      <w:tr w:rsidR="0066044B" w14:paraId="52B788D3" w14:textId="77777777" w:rsidTr="620EBD16">
        <w:trPr>
          <w:cantSplit/>
          <w:trHeight w:hRule="exact" w:val="1219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2D60AAC2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23</w:t>
            </w:r>
          </w:p>
          <w:p w14:paraId="7E7A119B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6127DDF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24</w:t>
            </w:r>
          </w:p>
          <w:p w14:paraId="1E95B6AC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23E38973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25</w:t>
            </w:r>
          </w:p>
          <w:p w14:paraId="6B2BC8B2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D9A6015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26</w:t>
            </w:r>
          </w:p>
          <w:p w14:paraId="16BD4B4E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2E34BB09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27</w:t>
            </w:r>
          </w:p>
          <w:p w14:paraId="4CFEE16D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</w:tr>
      <w:tr w:rsidR="0066044B" w14:paraId="3234D9DC" w14:textId="77777777" w:rsidTr="620EBD16">
        <w:trPr>
          <w:cantSplit/>
          <w:trHeight w:val="1365"/>
          <w:jc w:val="center"/>
        </w:trPr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DCEFE8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A5C01E1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30</w:t>
            </w:r>
          </w:p>
          <w:p w14:paraId="413C0FE5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6A51"/>
                <w:sz w:val="15"/>
              </w:rPr>
              <w:t>BANK HOLIDAY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4F9BD7C5" w14:textId="77777777" w:rsidR="0066044B" w:rsidRDefault="007F3BAA">
            <w:pPr>
              <w:spacing w:after="20"/>
            </w:pPr>
            <w:r>
              <w:rPr>
                <w:b/>
                <w:color w:val="17365D"/>
                <w:sz w:val="24"/>
              </w:rPr>
              <w:t>31</w:t>
            </w:r>
          </w:p>
          <w:p w14:paraId="0CBCA271" w14:textId="77777777" w:rsidR="0066044B" w:rsidRDefault="007F3BAA">
            <w:pPr>
              <w:spacing w:before="40" w:after="0"/>
              <w:jc w:val="center"/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C8C6B09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3382A365" w14:textId="77777777" w:rsidR="0066044B" w:rsidRDefault="0066044B"/>
        </w:tc>
        <w:tc>
          <w:tcPr>
            <w:tcW w:w="3192" w:type="dxa"/>
            <w:tcBorders>
              <w:top w:val="single" w:sz="7" w:space="0" w:color="B7A7CC"/>
              <w:left w:val="single" w:sz="7" w:space="0" w:color="B7A7CC"/>
              <w:bottom w:val="single" w:sz="7" w:space="0" w:color="B7A7CC"/>
              <w:right w:val="single" w:sz="7" w:space="0" w:color="B7A7CC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14:paraId="5C71F136" w14:textId="77777777" w:rsidR="0066044B" w:rsidRDefault="0066044B"/>
        </w:tc>
      </w:tr>
    </w:tbl>
    <w:p w14:paraId="62199465" w14:textId="77777777" w:rsidR="0066044B" w:rsidRDefault="0066044B">
      <w:pPr>
        <w:spacing w:before="80" w:after="4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15"/>
        <w:gridCol w:w="3515"/>
        <w:gridCol w:w="3515"/>
        <w:gridCol w:w="3515"/>
      </w:tblGrid>
      <w:tr w:rsidR="0066044B" w14:paraId="44BC664A" w14:textId="77777777">
        <w:trPr>
          <w:jc w:val="center"/>
        </w:trPr>
        <w:tc>
          <w:tcPr>
            <w:tcW w:w="3515" w:type="dxa"/>
            <w:tcBorders>
              <w:top w:val="single" w:sz="10" w:space="0" w:color="5C2D91"/>
              <w:left w:val="single" w:sz="10" w:space="0" w:color="5C2D91"/>
              <w:bottom w:val="single" w:sz="10" w:space="0" w:color="5C2D91"/>
              <w:right w:val="single" w:sz="10" w:space="0" w:color="5C2D91"/>
            </w:tcBorders>
            <w:shd w:val="clear" w:color="auto" w:fill="E8D9F4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5E7CDB0D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5C2D91"/>
                <w:sz w:val="16"/>
              </w:rPr>
              <w:t>INSET DAY</w:t>
            </w:r>
          </w:p>
        </w:tc>
        <w:tc>
          <w:tcPr>
            <w:tcW w:w="3515" w:type="dxa"/>
            <w:tcBorders>
              <w:top w:val="single" w:sz="10" w:space="0" w:color="007DBA"/>
              <w:left w:val="single" w:sz="10" w:space="0" w:color="007DBA"/>
              <w:bottom w:val="single" w:sz="10" w:space="0" w:color="007DBA"/>
              <w:right w:val="single" w:sz="10" w:space="0" w:color="007DBA"/>
            </w:tcBorders>
            <w:shd w:val="clear" w:color="auto" w:fill="D8EFFA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0564F6A0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007DBA"/>
                <w:sz w:val="16"/>
              </w:rPr>
              <w:t>HALF TERM</w:t>
            </w:r>
          </w:p>
        </w:tc>
        <w:tc>
          <w:tcPr>
            <w:tcW w:w="3515" w:type="dxa"/>
            <w:tcBorders>
              <w:top w:val="single" w:sz="10" w:space="0" w:color="17365D"/>
              <w:left w:val="single" w:sz="10" w:space="0" w:color="17365D"/>
              <w:bottom w:val="single" w:sz="10" w:space="0" w:color="17365D"/>
              <w:right w:val="single" w:sz="10" w:space="0" w:color="17365D"/>
            </w:tcBorders>
            <w:shd w:val="clear" w:color="auto" w:fill="EAF5FA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4EC9A4EC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17365D"/>
                <w:sz w:val="16"/>
              </w:rPr>
              <w:t>SCHOOL HOLIDAY</w:t>
            </w:r>
          </w:p>
        </w:tc>
        <w:tc>
          <w:tcPr>
            <w:tcW w:w="3515" w:type="dxa"/>
            <w:tcBorders>
              <w:top w:val="single" w:sz="10" w:space="0" w:color="176A51"/>
              <w:left w:val="single" w:sz="10" w:space="0" w:color="176A51"/>
              <w:bottom w:val="single" w:sz="10" w:space="0" w:color="176A51"/>
              <w:right w:val="single" w:sz="10" w:space="0" w:color="176A51"/>
            </w:tcBorders>
            <w:shd w:val="clear" w:color="auto" w:fill="DCEFE8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17B1C10F" w14:textId="77777777" w:rsidR="0066044B" w:rsidRDefault="007F3BAA">
            <w:pPr>
              <w:spacing w:after="0"/>
              <w:jc w:val="center"/>
            </w:pPr>
            <w:r>
              <w:rPr>
                <w:b/>
                <w:color w:val="176A51"/>
                <w:sz w:val="16"/>
              </w:rPr>
              <w:t>BANK HOLIDAY</w:t>
            </w:r>
          </w:p>
        </w:tc>
      </w:tr>
    </w:tbl>
    <w:p w14:paraId="16A7C3EE" w14:textId="77777777" w:rsidR="007F3BAA" w:rsidRDefault="007F3BAA"/>
    <w:sectPr w:rsidR="007F3BAA" w:rsidSect="00034616">
      <w:pgSz w:w="16838" w:h="11906" w:orient="landscape"/>
      <w:pgMar w:top="255" w:right="312" w:bottom="255" w:left="312" w:header="85" w:footer="11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89738231">
    <w:abstractNumId w:val="8"/>
  </w:num>
  <w:num w:numId="2" w16cid:durableId="14506545">
    <w:abstractNumId w:val="0"/>
  </w:num>
  <w:num w:numId="3" w16cid:durableId="1715109620">
    <w:abstractNumId w:val="3"/>
  </w:num>
  <w:num w:numId="4" w16cid:durableId="18355737">
    <w:abstractNumId w:val="6"/>
  </w:num>
  <w:num w:numId="5" w16cid:durableId="1936093780">
    <w:abstractNumId w:val="2"/>
  </w:num>
  <w:num w:numId="6" w16cid:durableId="1970429698">
    <w:abstractNumId w:val="5"/>
  </w:num>
  <w:num w:numId="7" w16cid:durableId="275530024">
    <w:abstractNumId w:val="7"/>
  </w:num>
  <w:num w:numId="8" w16cid:durableId="49427246">
    <w:abstractNumId w:val="1"/>
  </w:num>
  <w:num w:numId="9" w16cid:durableId="8302947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46D87"/>
    <w:rsid w:val="0029639D"/>
    <w:rsid w:val="00326F90"/>
    <w:rsid w:val="003F218B"/>
    <w:rsid w:val="00483DB0"/>
    <w:rsid w:val="0066044B"/>
    <w:rsid w:val="007E70A4"/>
    <w:rsid w:val="007F3BAA"/>
    <w:rsid w:val="0085E05E"/>
    <w:rsid w:val="0096562B"/>
    <w:rsid w:val="009F6323"/>
    <w:rsid w:val="00AA1D8D"/>
    <w:rsid w:val="00B47730"/>
    <w:rsid w:val="00CB0664"/>
    <w:rsid w:val="00CB4646"/>
    <w:rsid w:val="00CDEF21"/>
    <w:rsid w:val="00FC693F"/>
    <w:rsid w:val="01397A17"/>
    <w:rsid w:val="01A08AC4"/>
    <w:rsid w:val="01C7F351"/>
    <w:rsid w:val="02D11D45"/>
    <w:rsid w:val="02DC769A"/>
    <w:rsid w:val="02FE059C"/>
    <w:rsid w:val="03944510"/>
    <w:rsid w:val="040BF14E"/>
    <w:rsid w:val="0496E10C"/>
    <w:rsid w:val="050B6966"/>
    <w:rsid w:val="05AA3D4E"/>
    <w:rsid w:val="0608C658"/>
    <w:rsid w:val="0681A13D"/>
    <w:rsid w:val="06DC9AD6"/>
    <w:rsid w:val="06DE56E7"/>
    <w:rsid w:val="07AEEAC1"/>
    <w:rsid w:val="07B24C8F"/>
    <w:rsid w:val="07F77582"/>
    <w:rsid w:val="07FAADFE"/>
    <w:rsid w:val="085D224D"/>
    <w:rsid w:val="08A3A724"/>
    <w:rsid w:val="08E73C2D"/>
    <w:rsid w:val="08E7D828"/>
    <w:rsid w:val="08F5ACEA"/>
    <w:rsid w:val="092F289C"/>
    <w:rsid w:val="093C7EC7"/>
    <w:rsid w:val="09866A2B"/>
    <w:rsid w:val="09F5C69A"/>
    <w:rsid w:val="0A379A30"/>
    <w:rsid w:val="0A5D05A8"/>
    <w:rsid w:val="0A80FA56"/>
    <w:rsid w:val="0B5460D5"/>
    <w:rsid w:val="0BA5897E"/>
    <w:rsid w:val="0CB5EB9D"/>
    <w:rsid w:val="0D229830"/>
    <w:rsid w:val="0D544B3D"/>
    <w:rsid w:val="0E5F4FC0"/>
    <w:rsid w:val="0E834394"/>
    <w:rsid w:val="0F06DDF0"/>
    <w:rsid w:val="0FA7D787"/>
    <w:rsid w:val="101EDC3C"/>
    <w:rsid w:val="106909DA"/>
    <w:rsid w:val="10ABA0D6"/>
    <w:rsid w:val="10B18E44"/>
    <w:rsid w:val="110A2F22"/>
    <w:rsid w:val="11742D6B"/>
    <w:rsid w:val="117BA52A"/>
    <w:rsid w:val="11882285"/>
    <w:rsid w:val="118AEB22"/>
    <w:rsid w:val="11BD204E"/>
    <w:rsid w:val="12862F4A"/>
    <w:rsid w:val="13146655"/>
    <w:rsid w:val="133D73FC"/>
    <w:rsid w:val="1352AA0D"/>
    <w:rsid w:val="13C9BAEC"/>
    <w:rsid w:val="14368B87"/>
    <w:rsid w:val="144343FC"/>
    <w:rsid w:val="14622102"/>
    <w:rsid w:val="16025053"/>
    <w:rsid w:val="163A517D"/>
    <w:rsid w:val="166E5CE4"/>
    <w:rsid w:val="1678E606"/>
    <w:rsid w:val="173879CA"/>
    <w:rsid w:val="1842C23B"/>
    <w:rsid w:val="187CB05B"/>
    <w:rsid w:val="18BCE47C"/>
    <w:rsid w:val="18F8F58C"/>
    <w:rsid w:val="194214AC"/>
    <w:rsid w:val="19C08774"/>
    <w:rsid w:val="1A040D81"/>
    <w:rsid w:val="1A1A6598"/>
    <w:rsid w:val="1A3A6E39"/>
    <w:rsid w:val="1A548694"/>
    <w:rsid w:val="1ABB11CE"/>
    <w:rsid w:val="1AC2049A"/>
    <w:rsid w:val="1C4A1925"/>
    <w:rsid w:val="1C604D11"/>
    <w:rsid w:val="1C87D547"/>
    <w:rsid w:val="1C9A827F"/>
    <w:rsid w:val="1CBBB280"/>
    <w:rsid w:val="1DB12D09"/>
    <w:rsid w:val="1EF3BC6E"/>
    <w:rsid w:val="1F5FF08D"/>
    <w:rsid w:val="1F8E4BF1"/>
    <w:rsid w:val="2010726D"/>
    <w:rsid w:val="2175AA5D"/>
    <w:rsid w:val="2221B253"/>
    <w:rsid w:val="22266961"/>
    <w:rsid w:val="225480ED"/>
    <w:rsid w:val="2335B499"/>
    <w:rsid w:val="23FC66B0"/>
    <w:rsid w:val="24144F81"/>
    <w:rsid w:val="2452027B"/>
    <w:rsid w:val="255BA716"/>
    <w:rsid w:val="259177B8"/>
    <w:rsid w:val="25A6C232"/>
    <w:rsid w:val="27B1FBE7"/>
    <w:rsid w:val="27E93307"/>
    <w:rsid w:val="2860AD4D"/>
    <w:rsid w:val="28DE8911"/>
    <w:rsid w:val="2936F772"/>
    <w:rsid w:val="299FC995"/>
    <w:rsid w:val="29B4D4CD"/>
    <w:rsid w:val="29F2056B"/>
    <w:rsid w:val="29F907EA"/>
    <w:rsid w:val="2A514D19"/>
    <w:rsid w:val="2A573F72"/>
    <w:rsid w:val="2B5F77B2"/>
    <w:rsid w:val="2BE90C61"/>
    <w:rsid w:val="2D2CBED0"/>
    <w:rsid w:val="2D4BF0A2"/>
    <w:rsid w:val="2E2363E5"/>
    <w:rsid w:val="2E5F848D"/>
    <w:rsid w:val="2E615332"/>
    <w:rsid w:val="2F26AD01"/>
    <w:rsid w:val="2F6F7F15"/>
    <w:rsid w:val="2FA313E8"/>
    <w:rsid w:val="2FAB2A11"/>
    <w:rsid w:val="2FDE3C00"/>
    <w:rsid w:val="301CF124"/>
    <w:rsid w:val="30A62553"/>
    <w:rsid w:val="313C96FD"/>
    <w:rsid w:val="319A19CC"/>
    <w:rsid w:val="31A4AA56"/>
    <w:rsid w:val="32016F0C"/>
    <w:rsid w:val="321C580C"/>
    <w:rsid w:val="32AD256F"/>
    <w:rsid w:val="335E0D22"/>
    <w:rsid w:val="335FC3C8"/>
    <w:rsid w:val="34FB7234"/>
    <w:rsid w:val="3517051D"/>
    <w:rsid w:val="35431905"/>
    <w:rsid w:val="354CA025"/>
    <w:rsid w:val="3575381C"/>
    <w:rsid w:val="3581DF40"/>
    <w:rsid w:val="35940BF1"/>
    <w:rsid w:val="361860A4"/>
    <w:rsid w:val="3679017B"/>
    <w:rsid w:val="3682D892"/>
    <w:rsid w:val="36A4154E"/>
    <w:rsid w:val="36A8AF29"/>
    <w:rsid w:val="37C0BDFB"/>
    <w:rsid w:val="389DA46F"/>
    <w:rsid w:val="39351629"/>
    <w:rsid w:val="39367C57"/>
    <w:rsid w:val="3AC7D19B"/>
    <w:rsid w:val="3BB57329"/>
    <w:rsid w:val="3C726491"/>
    <w:rsid w:val="3DDE68FB"/>
    <w:rsid w:val="3E13855C"/>
    <w:rsid w:val="3E26C21D"/>
    <w:rsid w:val="3EB7CEBD"/>
    <w:rsid w:val="3ED3904F"/>
    <w:rsid w:val="3F52C306"/>
    <w:rsid w:val="3F72823A"/>
    <w:rsid w:val="3FBEDFF1"/>
    <w:rsid w:val="42A022CB"/>
    <w:rsid w:val="439DA19F"/>
    <w:rsid w:val="448FA85A"/>
    <w:rsid w:val="449BFA15"/>
    <w:rsid w:val="4569909B"/>
    <w:rsid w:val="456D893C"/>
    <w:rsid w:val="45B6995D"/>
    <w:rsid w:val="45DEC79A"/>
    <w:rsid w:val="4649E1D2"/>
    <w:rsid w:val="466E9F27"/>
    <w:rsid w:val="48078644"/>
    <w:rsid w:val="4824B592"/>
    <w:rsid w:val="482C893C"/>
    <w:rsid w:val="48A04EC0"/>
    <w:rsid w:val="497944F9"/>
    <w:rsid w:val="49A45423"/>
    <w:rsid w:val="49CAB998"/>
    <w:rsid w:val="49EA4627"/>
    <w:rsid w:val="4AAB3B67"/>
    <w:rsid w:val="4ABFA68F"/>
    <w:rsid w:val="4B033D34"/>
    <w:rsid w:val="4BFEB898"/>
    <w:rsid w:val="4C4F15E7"/>
    <w:rsid w:val="4D4E69E2"/>
    <w:rsid w:val="4D619191"/>
    <w:rsid w:val="4DDEA369"/>
    <w:rsid w:val="4F0AB64E"/>
    <w:rsid w:val="50065DA4"/>
    <w:rsid w:val="501DA4D7"/>
    <w:rsid w:val="508E95F9"/>
    <w:rsid w:val="50956F60"/>
    <w:rsid w:val="50A33767"/>
    <w:rsid w:val="5270614C"/>
    <w:rsid w:val="52C7ADA1"/>
    <w:rsid w:val="52EA17F7"/>
    <w:rsid w:val="539145E1"/>
    <w:rsid w:val="53CCFE7C"/>
    <w:rsid w:val="545DAEE2"/>
    <w:rsid w:val="547CA566"/>
    <w:rsid w:val="54FC43FF"/>
    <w:rsid w:val="566AD01B"/>
    <w:rsid w:val="574A6D83"/>
    <w:rsid w:val="5803D952"/>
    <w:rsid w:val="580EE7B1"/>
    <w:rsid w:val="58930E62"/>
    <w:rsid w:val="58D05CD6"/>
    <w:rsid w:val="5903AE6D"/>
    <w:rsid w:val="594DA4E6"/>
    <w:rsid w:val="594F5FAC"/>
    <w:rsid w:val="59E49E46"/>
    <w:rsid w:val="59EE8B69"/>
    <w:rsid w:val="5AA86F1D"/>
    <w:rsid w:val="5AA87192"/>
    <w:rsid w:val="5ABC3A6C"/>
    <w:rsid w:val="5B18D01E"/>
    <w:rsid w:val="5B94608D"/>
    <w:rsid w:val="5BAF3BAB"/>
    <w:rsid w:val="5C0F969D"/>
    <w:rsid w:val="5CBA096B"/>
    <w:rsid w:val="5D9F3D3F"/>
    <w:rsid w:val="5DAF9E6E"/>
    <w:rsid w:val="5E3A4001"/>
    <w:rsid w:val="5EC29566"/>
    <w:rsid w:val="5F18A767"/>
    <w:rsid w:val="5F6CA71F"/>
    <w:rsid w:val="5FD99806"/>
    <w:rsid w:val="606A129C"/>
    <w:rsid w:val="610115AD"/>
    <w:rsid w:val="610B536B"/>
    <w:rsid w:val="611DDA76"/>
    <w:rsid w:val="61A4498C"/>
    <w:rsid w:val="61DCD8B5"/>
    <w:rsid w:val="61F2E52D"/>
    <w:rsid w:val="620EBD16"/>
    <w:rsid w:val="63A41E23"/>
    <w:rsid w:val="63C7F336"/>
    <w:rsid w:val="6406E5F5"/>
    <w:rsid w:val="6430BB6D"/>
    <w:rsid w:val="64A2EBB4"/>
    <w:rsid w:val="64B37097"/>
    <w:rsid w:val="64CAE99A"/>
    <w:rsid w:val="652B9EA3"/>
    <w:rsid w:val="6553BBD3"/>
    <w:rsid w:val="65B7FB0D"/>
    <w:rsid w:val="66D196E7"/>
    <w:rsid w:val="688DC996"/>
    <w:rsid w:val="68D22ADE"/>
    <w:rsid w:val="6935D195"/>
    <w:rsid w:val="697EA003"/>
    <w:rsid w:val="6986A07F"/>
    <w:rsid w:val="69F02318"/>
    <w:rsid w:val="6A546179"/>
    <w:rsid w:val="6BD3A8FC"/>
    <w:rsid w:val="6BE6D433"/>
    <w:rsid w:val="6C0037F7"/>
    <w:rsid w:val="6C047643"/>
    <w:rsid w:val="6CD36AD9"/>
    <w:rsid w:val="6D3040C0"/>
    <w:rsid w:val="6D6CE348"/>
    <w:rsid w:val="6DD5B42C"/>
    <w:rsid w:val="6EC2CAE2"/>
    <w:rsid w:val="6EE781CB"/>
    <w:rsid w:val="6F33532A"/>
    <w:rsid w:val="7029D8EC"/>
    <w:rsid w:val="70953C8F"/>
    <w:rsid w:val="70A7F926"/>
    <w:rsid w:val="71546224"/>
    <w:rsid w:val="71754327"/>
    <w:rsid w:val="71A297E3"/>
    <w:rsid w:val="71A42F7D"/>
    <w:rsid w:val="71CD0435"/>
    <w:rsid w:val="72106876"/>
    <w:rsid w:val="72163431"/>
    <w:rsid w:val="72AFDAF5"/>
    <w:rsid w:val="72DD9164"/>
    <w:rsid w:val="7314692A"/>
    <w:rsid w:val="733063B7"/>
    <w:rsid w:val="7367E7C1"/>
    <w:rsid w:val="76E36A0F"/>
    <w:rsid w:val="76F2D690"/>
    <w:rsid w:val="76F73415"/>
    <w:rsid w:val="7785402F"/>
    <w:rsid w:val="77B8A383"/>
    <w:rsid w:val="77CB87F1"/>
    <w:rsid w:val="784253F5"/>
    <w:rsid w:val="78C60213"/>
    <w:rsid w:val="79801159"/>
    <w:rsid w:val="798C2801"/>
    <w:rsid w:val="798EB349"/>
    <w:rsid w:val="79BD21E7"/>
    <w:rsid w:val="79D2F369"/>
    <w:rsid w:val="7A7A764B"/>
    <w:rsid w:val="7B2C1C13"/>
    <w:rsid w:val="7C12511C"/>
    <w:rsid w:val="7C1AF492"/>
    <w:rsid w:val="7C2E5F76"/>
    <w:rsid w:val="7C3D91D3"/>
    <w:rsid w:val="7C4E9FFA"/>
    <w:rsid w:val="7C6CFB7C"/>
    <w:rsid w:val="7D027583"/>
    <w:rsid w:val="7D4C5871"/>
    <w:rsid w:val="7D4E4B9D"/>
    <w:rsid w:val="7D71068C"/>
    <w:rsid w:val="7E262F97"/>
    <w:rsid w:val="7EA14BDB"/>
    <w:rsid w:val="7EB30F83"/>
    <w:rsid w:val="7FC77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166EA146-0C96-4BDD-BA3B-352E92DDD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4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6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7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3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dad9be-2567-46eb-9d61-09a2ff9783ae">
      <Terms xmlns="http://schemas.microsoft.com/office/infopath/2007/PartnerControls"/>
    </lcf76f155ced4ddcb4097134ff3c332f>
    <TaxCatchAll xmlns="eca3353f-c32a-42c0-8fcb-d2e292fe6a2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55F16EB4A070459CF3EB8973168C45" ma:contentTypeVersion="14" ma:contentTypeDescription="Create a new document." ma:contentTypeScope="" ma:versionID="1feb0f001457c0c7ded5bc5e441dc276">
  <xsd:schema xmlns:xsd="http://www.w3.org/2001/XMLSchema" xmlns:xs="http://www.w3.org/2001/XMLSchema" xmlns:p="http://schemas.microsoft.com/office/2006/metadata/properties" xmlns:ns2="41dad9be-2567-46eb-9d61-09a2ff9783ae" xmlns:ns3="eca3353f-c32a-42c0-8fcb-d2e292fe6a20" targetNamespace="http://schemas.microsoft.com/office/2006/metadata/properties" ma:root="true" ma:fieldsID="93a696abac503e47e0a2d6a78097efbb" ns2:_="" ns3:_="">
    <xsd:import namespace="41dad9be-2567-46eb-9d61-09a2ff9783ae"/>
    <xsd:import namespace="eca3353f-c32a-42c0-8fcb-d2e292fe6a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dad9be-2567-46eb-9d61-09a2ff9783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50cb698-b910-40a7-b983-0c7377c981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a3353f-c32a-42c0-8fcb-d2e292fe6a2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7feade0-6995-4414-89d1-cad6f3e20595}" ma:internalName="TaxCatchAll" ma:showField="CatchAllData" ma:web="eca3353f-c32a-42c0-8fcb-d2e292fe6a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3DA74A-E2E7-4329-9CB3-25022A4AAAE5}">
  <ds:schemaRefs>
    <ds:schemaRef ds:uri="http://schemas.microsoft.com/office/2006/metadata/properties"/>
    <ds:schemaRef ds:uri="http://schemas.microsoft.com/office/infopath/2007/PartnerControls"/>
    <ds:schemaRef ds:uri="41dad9be-2567-46eb-9d61-09a2ff9783ae"/>
    <ds:schemaRef ds:uri="eca3353f-c32a-42c0-8fcb-d2e292fe6a20"/>
  </ds:schemaRefs>
</ds:datastoreItem>
</file>

<file path=customXml/itemProps2.xml><?xml version="1.0" encoding="utf-8"?>
<ds:datastoreItem xmlns:ds="http://schemas.openxmlformats.org/officeDocument/2006/customXml" ds:itemID="{4D6A3983-6B97-4B63-A8FE-DC584F9F92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dad9be-2567-46eb-9d61-09a2ff9783ae"/>
    <ds:schemaRef ds:uri="eca3353f-c32a-42c0-8fcb-d2e292fe6a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4BA3CB-4EC0-45EB-85E0-CF390A55217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965</Words>
  <Characters>5503</Characters>
  <Application>Microsoft Office Word</Application>
  <DocSecurity>0</DocSecurity>
  <Lines>45</Lines>
  <Paragraphs>12</Paragraphs>
  <ScaleCrop>false</ScaleCrop>
  <Manager/>
  <Company/>
  <LinksUpToDate>false</LinksUpToDate>
  <CharactersWithSpaces>6456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Brendan's Academic Calendar 2026-2027</dc:title>
  <dc:subject>Editable school calendar with term dates, INSET days and holidays</dc:subject>
  <dc:creator>St Brendan's Primary School</dc:creator>
  <cp:keywords/>
  <dc:description>generated by python-docx</dc:description>
  <cp:lastModifiedBy>Penny Kain (CBR)</cp:lastModifiedBy>
  <cp:revision>12</cp:revision>
  <dcterms:created xsi:type="dcterms:W3CDTF">2013-12-23T23:15:00Z</dcterms:created>
  <dcterms:modified xsi:type="dcterms:W3CDTF">2026-11-05T11:09:00Z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0x0101007655F16EB4A070459CF3EB8973168C45</vt:lpwstr>
  </property>
  <property fmtid="{D5CDD505-2E9C-101B-9397-08002B2CF9AE}" pid="3" name="MediaServiceImageTags">
    <vt:lpwstr/>
  </property>
</Properties>
</file>