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0078B24C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672A6659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36DDA6F2" wp14:editId="07777777">
                  <wp:extent cx="367989" cy="460800"/>
                  <wp:effectExtent l="0" t="0" r="0" b="0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2F8DD37-796E-4250-B969-C393BCE3D3F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451273A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September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77CBD7CE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296BCD72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Autumn term begins: INSET Day Tuesday 1 September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49EA4627" w14:paraId="03485BCA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C055FC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B01928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1FB9E9A5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CAC590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D26DC1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49EA4627" w14:paraId="246C3D69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A37501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49841B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  <w:p w:rsidR="0066044B" w:rsidRDefault="007F3BAA" w14:paraId="64FE708E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8F999B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3581DF40" w14:paraId="5FCD5EC4" w14:textId="4D578A5D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5CBA096B" w14:paraId="2598DEE6" w14:textId="6C9D8602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 Yr6 Swimming</w:t>
            </w:r>
          </w:p>
        </w:tc>
      </w:tr>
      <w:tr w:rsidR="0066044B" w:rsidTr="49EA4627" w14:paraId="7501CC0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5697EE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4B0A20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B2B730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D36975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4737E36C" w14:textId="03EDD09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11</w:t>
            </w:r>
            <w:r w:rsidRPr="7D4E4B9D" w:rsidR="32AD256F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49EA4627" w14:paraId="34101E4B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E1E336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3CFEC6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0EB5E791" w14:textId="2D22A82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16</w:t>
            </w:r>
            <w:r w:rsidRPr="7D4E4B9D" w:rsidR="63A41E23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KS1 Fergus Pet Therapy Dog 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11B77A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526D80A2" w14:textId="37215B5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18</w:t>
            </w:r>
            <w:r w:rsidRPr="7D4E4B9D" w:rsidR="3DDE68FB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49EA4627" w14:paraId="0AE53ADA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B56821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4C2641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2E4F76D" w14:textId="71A24901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23</w:t>
            </w:r>
            <w:r w:rsidRPr="7D4E4B9D" w:rsidR="0E5F4FC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KS1 Fergus Pet Therapy Dog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49EA4627" w:rsidRDefault="7D4E4B9D" w14:paraId="1D8EB8EE" w14:textId="3D7A041D">
            <w:pPr>
              <w:spacing w:after="20"/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</w:pPr>
            <w:r w:rsidRPr="49EA4627" w:rsidR="2E615332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2</w:t>
            </w:r>
            <w:r w:rsidRPr="49EA4627" w:rsidR="7C4E9FFA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0C61B8CF" w14:textId="0567DD92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25</w:t>
            </w:r>
            <w:r w:rsidRPr="7D4E4B9D" w:rsidR="59E49E4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- Harvest</w:t>
            </w:r>
            <w:r w:rsidRPr="7D4E4B9D" w:rsidR="7EB30F83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Collection</w:t>
            </w:r>
          </w:p>
          <w:p w:rsidR="0066044B" w:rsidP="7D4E4B9D" w:rsidRDefault="2E2363E5" w14:paraId="3DCFD5B2" w14:textId="1C2CFAE5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  <w:p w:rsidR="0066044B" w:rsidP="49EA4627" w:rsidRDefault="6F33532A" w14:paraId="4BFDD700" w14:textId="62BD5AF9">
            <w:pPr>
              <w:spacing w:after="20"/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</w:pPr>
          </w:p>
        </w:tc>
      </w:tr>
      <w:tr w:rsidR="0066044B" w:rsidTr="49EA4627" w14:paraId="57927167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57393B24" w14:textId="534F686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28</w:t>
            </w:r>
            <w:r w:rsidRPr="7D4E4B9D" w:rsidR="313C96F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Book Fair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4B34824B" w14:textId="596AC57D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29</w:t>
            </w:r>
            <w:r w:rsidRPr="7D4E4B9D" w:rsidR="00246D8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Book Fair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4CF92D58" w14:textId="6EA39CB2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30</w:t>
            </w:r>
            <w:r w:rsidRPr="7D4E4B9D" w:rsidR="0D22983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Year 6 SATS- Parent event 3:30</w:t>
            </w:r>
          </w:p>
          <w:p w:rsidR="0066044B" w:rsidP="7D4E4B9D" w:rsidRDefault="092F289C" w14:paraId="79E91DE2" w14:textId="3A210E61">
            <w:pPr>
              <w:spacing w:after="20"/>
            </w:pPr>
            <w:r w:rsidRPr="49EA4627" w:rsidR="7C1AF492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KS1 Fergus Pet Therapy Dog</w:t>
            </w:r>
          </w:p>
          <w:p w:rsidR="0066044B" w:rsidP="7D4E4B9D" w:rsidRDefault="092F289C" w14:paraId="219897CE" w14:textId="1BC4B870">
            <w:pPr>
              <w:spacing w:after="20"/>
            </w:pPr>
            <w:r w:rsidRPr="49EA4627" w:rsidR="2452027B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Book Fair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DAB6C7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2EB378F" w14:textId="77777777">
            <w:pPr>
              <w:rPr>
                <w:rFonts w:hint="eastAsia"/>
              </w:rPr>
            </w:pPr>
          </w:p>
        </w:tc>
      </w:tr>
      <w:tr w:rsidR="0066044B" w:rsidTr="49EA4627" w14:paraId="6A05A809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A39BBE3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1C8F39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2A3D3EC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D0B940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E27B00A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60061E4C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2051EA13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CDA540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8A0804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BCF133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0D6933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44EAFD9C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52ADF721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4B94D5A5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0A63BB30" wp14:editId="07777777">
                  <wp:extent cx="367989" cy="460800"/>
                  <wp:effectExtent l="0" t="0" r="0" b="0"/>
                  <wp:docPr id="2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B94FCCF-1F11-4766-9B82-1EC74C7E7B9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1C75F50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October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28BE63F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382D98E6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Autumn half term: Monday 19 - Friday 30 October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49EA4627" w14:paraId="4B4C8A85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BDF9A6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DFE89F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31FDC9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E5DDD2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2F2731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49EA4627" w14:paraId="4B73E58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DEEC669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656B9A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5FB0818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496E10C" w14:paraId="60D46BA4" w14:textId="63766F8F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</w:t>
            </w:r>
          </w:p>
          <w:p w:rsidR="0066044B" w:rsidRDefault="0496E10C" w14:paraId="6C4A8BB5" w14:textId="55A3187D">
            <w:pPr>
              <w:spacing w:after="20"/>
            </w:pPr>
            <w:r w:rsidRPr="49EA4627" w:rsidR="2010726D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Census Day</w:t>
            </w:r>
          </w:p>
          <w:p w:rsidR="0066044B" w:rsidRDefault="0496E10C" w14:paraId="56B20A0C" w14:textId="242324CF">
            <w:pPr>
              <w:spacing w:after="20"/>
            </w:pPr>
            <w:r w:rsidRPr="49EA4627" w:rsidR="09866A2B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Book Fair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5157DBCE" w14:textId="6B690991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</w:t>
            </w:r>
            <w:r w:rsidRPr="7D4E4B9D" w:rsidR="2B5F77B2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Pr="7D4E4B9D" w:rsidR="7C6CFB7C">
              <w:rPr>
                <w:b/>
                <w:bCs/>
                <w:color w:val="17365D" w:themeColor="text2" w:themeShade="BF"/>
                <w:sz w:val="24"/>
                <w:szCs w:val="24"/>
              </w:rPr>
              <w:t>World Smile Day</w:t>
            </w:r>
          </w:p>
          <w:p w:rsidR="0066044B" w:rsidP="7D4E4B9D" w:rsidRDefault="2B5F77B2" w14:paraId="7144751B" w14:textId="2182619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</w:tc>
      </w:tr>
      <w:tr w:rsidR="0066044B" w:rsidTr="49EA4627" w14:paraId="77A3A0B4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8941E4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29B4EA11" w14:textId="7D00863E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6 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09B8484" w14:textId="1CA2523B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7</w:t>
            </w:r>
            <w:r w:rsidRPr="7D4E4B9D" w:rsidR="66D196E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KS1 Fergus Pet Therapy Dog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03853697" w14:textId="189DD1D3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8  Yr </w:t>
            </w:r>
            <w:r w:rsidRPr="7D4E4B9D" w:rsidR="2BE90C61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3 </w:t>
            </w: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Class Assembly</w:t>
            </w:r>
            <w:r w:rsidRPr="7D4E4B9D" w:rsidR="482C893C">
              <w:rPr>
                <w:b/>
                <w:bCs/>
                <w:color w:val="17365D" w:themeColor="text2" w:themeShade="BF"/>
                <w:sz w:val="24"/>
                <w:szCs w:val="24"/>
              </w:rPr>
              <w:t>- 9:00am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2DC769A" w14:paraId="3D9921AE" w14:textId="13C1B67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9 </w:t>
            </w:r>
            <w:r w:rsidRPr="7D4E4B9D" w:rsid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Pr="7D4E4B9D" w:rsidR="7D4E4B9D">
              <w:rPr>
                <w:color w:val="17365D" w:themeColor="text2" w:themeShade="BF"/>
                <w:sz w:val="24"/>
                <w:szCs w:val="24"/>
              </w:rPr>
              <w:t>Book Look – 3:20pm to 3:40pm</w:t>
            </w:r>
          </w:p>
          <w:p w:rsidR="0066044B" w:rsidP="7D4E4B9D" w:rsidRDefault="42A022CB" w14:paraId="089009E4" w14:textId="2DEC591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</w:tc>
      </w:tr>
      <w:tr w:rsidR="0066044B" w:rsidTr="49EA4627" w14:paraId="6B32EF85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8DF98D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6DE56E7" w14:paraId="3090D4E4" w14:textId="786E54AF">
            <w:pPr>
              <w:spacing w:after="20"/>
              <w:rPr>
                <w:rFonts w:hint="eastAsia"/>
              </w:rPr>
            </w:pPr>
            <w:r w:rsidRPr="06DE56E7">
              <w:rPr>
                <w:b/>
                <w:bCs/>
                <w:color w:val="17365D" w:themeColor="text2" w:themeShade="BF"/>
                <w:sz w:val="24"/>
                <w:szCs w:val="24"/>
              </w:rPr>
              <w:t>13</w:t>
            </w:r>
          </w:p>
          <w:p w:rsidR="0066044B" w:rsidP="620EBD16" w:rsidRDefault="50065DA4" w14:paraId="21B9311A" w14:textId="08F9144F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Parents Evening </w:t>
            </w:r>
          </w:p>
          <w:p w:rsidR="0066044B" w:rsidP="620EBD16" w:rsidRDefault="50065DA4" w14:paraId="39F18D26" w14:textId="63FD2D72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06DE56E7" w:rsidRDefault="25A6C232" w14:paraId="0F953182" w14:textId="2E2CAE8D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14</w:t>
            </w:r>
            <w:r w:rsidRPr="7D4E4B9D" w:rsidR="58D05CD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KS1 Fergus Pet Therapy Dog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620EBD16" w14:paraId="0A9CA5D8" w14:textId="7290873A">
            <w:pPr>
              <w:spacing w:after="20"/>
              <w:rPr>
                <w:rFonts w:hint="eastAsia"/>
              </w:rPr>
            </w:pPr>
            <w:r w:rsidRPr="620EBD16">
              <w:rPr>
                <w:b/>
                <w:bCs/>
                <w:color w:val="17365D" w:themeColor="text2" w:themeShade="BF"/>
                <w:sz w:val="24"/>
                <w:szCs w:val="24"/>
              </w:rPr>
              <w:t>15</w:t>
            </w:r>
          </w:p>
          <w:p w:rsidR="0066044B" w:rsidP="620EBD16" w:rsidRDefault="1EF3BC6E" w14:paraId="4E292C95" w14:textId="08F9144F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Parents Evening </w:t>
            </w:r>
          </w:p>
          <w:p w:rsidR="0066044B" w:rsidP="620EBD16" w:rsidRDefault="1EF3BC6E" w14:paraId="19590053" w14:textId="63FD2D72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  <w:p w:rsidR="0066044B" w:rsidP="620EBD16" w:rsidRDefault="0066044B" w14:paraId="423D4B9D" w14:textId="23E007C8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632BF140" w14:textId="101486FE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16</w:t>
            </w:r>
            <w:r w:rsidRPr="7D4E4B9D" w:rsidR="007E70A4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49EA4627" w14:paraId="5A42A41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847A63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  <w:p w:rsidR="0066044B" w:rsidRDefault="007F3BAA" w14:paraId="1142E1C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007C90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20</w:t>
            </w:r>
          </w:p>
          <w:p w:rsidR="0066044B" w:rsidRDefault="007F3BAA" w14:paraId="4E39F992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C375A7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  <w:p w:rsidR="0066044B" w:rsidRDefault="007F3BAA" w14:paraId="423DF7F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7581EC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  <w:p w:rsidR="0066044B" w:rsidRDefault="007F3BAA" w14:paraId="5467CFA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46E867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  <w:p w:rsidR="0066044B" w:rsidRDefault="007F3BAA" w14:paraId="0E326FB6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</w:tr>
      <w:tr w:rsidR="0066044B" w:rsidTr="49EA4627" w14:paraId="5C5D26A4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633465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  <w:p w:rsidR="0066044B" w:rsidRDefault="007F3BAA" w14:paraId="1E69525C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1C0AA5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  <w:p w:rsidR="0066044B" w:rsidRDefault="007F3BAA" w14:paraId="7D1B96F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076875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  <w:p w:rsidR="0066044B" w:rsidRDefault="007F3BAA" w14:paraId="4B2586CE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41FAE0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  <w:p w:rsidR="0066044B" w:rsidRDefault="007F3BAA" w14:paraId="6AED8F6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0DA321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  <w:p w:rsidR="0066044B" w:rsidRDefault="007F3BAA" w14:paraId="38D853CF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AUTUMN HALF TERM</w:t>
            </w:r>
          </w:p>
        </w:tc>
      </w:tr>
      <w:tr w:rsidR="0066044B" w:rsidTr="49EA4627" w14:paraId="049F31CB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312826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2486C05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101652C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B99056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299C43A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4DDBEF00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65C7D30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216CD9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194E67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E06CB0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995029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3461D779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6CB63F98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3CF2D8B6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5DB9856B" wp14:editId="07777777">
                  <wp:extent cx="367989" cy="460800"/>
                  <wp:effectExtent l="0" t="0" r="0" b="0"/>
                  <wp:docPr id="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8D9C0B2-0049-4490-8B56-0FBFDD7E574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FABDD7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November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1640ACF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667AC587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INSET Day: Friday 27 November</w:t>
      </w:r>
    </w:p>
    <w:tbl>
      <w:tblPr>
        <w:tblW w:w="0" w:type="auto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64129716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4C83C5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70A77C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D8168B5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326147A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2A9B7E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0FB7827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FC39945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562CB0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4CE0A4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2EBF3C5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D98A12B" w14:textId="77777777">
            <w:pPr>
              <w:rPr>
                <w:rFonts w:hint="eastAsia"/>
              </w:rPr>
            </w:pPr>
          </w:p>
        </w:tc>
      </w:tr>
      <w:tr w:rsidR="0066044B" w:rsidTr="7D4E4B9D" w14:paraId="099A2709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8E884C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B77815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79935F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4240AA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8AFF014" w14:textId="7AFB74D5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6</w:t>
            </w:r>
            <w:r w:rsidRPr="7D4E4B9D" w:rsidR="7314692A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  <w:p w:rsidR="0066044B" w:rsidP="7D4E4B9D" w:rsidRDefault="4649E1D2" w14:paraId="1B87E3DE" w14:textId="2150CB4B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School Photos</w:t>
            </w:r>
          </w:p>
        </w:tc>
      </w:tr>
      <w:tr w:rsidR="0066044B" w:rsidTr="7D4E4B9D" w14:paraId="0D8C506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212456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46DE71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35DA4F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94C502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0A7D2755" w14:textId="2A958422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13   Year </w:t>
            </w:r>
            <w:r w:rsidRPr="7D4E4B9D" w:rsidR="78C60213">
              <w:rPr>
                <w:b/>
                <w:bCs/>
                <w:color w:val="17365D" w:themeColor="text2" w:themeShade="BF"/>
                <w:sz w:val="24"/>
                <w:szCs w:val="24"/>
              </w:rPr>
              <w:t>6</w:t>
            </w: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Class Assembly</w:t>
            </w:r>
          </w:p>
          <w:p w:rsidR="0066044B" w:rsidP="7D4E4B9D" w:rsidRDefault="508E95F9" w14:paraId="5D0116D1" w14:textId="57A5210F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Yr6 Swimming</w:t>
            </w:r>
          </w:p>
        </w:tc>
      </w:tr>
      <w:tr w:rsidR="0066044B" w:rsidTr="7D4E4B9D" w14:paraId="5401127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39EFE5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DA9612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D9857E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7C14D38D" w14:textId="5522937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19</w:t>
            </w:r>
            <w:r w:rsidRPr="7D4E4B9D" w:rsidR="08E7D828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Year 6 Class Assembly- 9:00am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2A4FFC0" w14:textId="1C123621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20</w:t>
            </w:r>
            <w:r w:rsidRPr="7D4E4B9D" w:rsidR="448FA85A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7D4E4B9D" w14:paraId="252FC7B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A79C84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AA4FC6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C20304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29B61C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7F7804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  <w:p w:rsidR="0066044B" w:rsidRDefault="007F3BAA" w14:paraId="2C556A65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5"/>
              </w:rPr>
              <w:t>INSET DAY</w:t>
            </w:r>
          </w:p>
        </w:tc>
      </w:tr>
      <w:tr w:rsidR="0066044B" w:rsidTr="7D4E4B9D" w14:paraId="18E8C380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6B40F8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946DB8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997CC1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10FFD37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B699379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3FE9F23F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2A9F0E16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E7D1B7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7A2492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180AF155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1D7FD81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1F72F646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18DF3199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8CE6F91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054D5DC8" wp14:editId="07777777">
                  <wp:extent cx="367989" cy="460800"/>
                  <wp:effectExtent l="0" t="0" r="0" b="0"/>
                  <wp:docPr id="4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9171A1-A36A-433F-81DA-502D4EC20DF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8B6CA3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December 2026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76CEBD1A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36F72E43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INSET Day: Monday 21 December | Christmas holiday begins Tuesday 22 December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5648B1DF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FF51E0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D97524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DE7A5C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303886C3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9218CE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6E71BFDA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1CDCEA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49FAAB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842F59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A036E3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C964D78" w14:textId="166943E3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</w:t>
            </w:r>
            <w:r w:rsidRPr="7D4E4B9D" w:rsidR="27E9330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7D4E4B9D" w14:paraId="30E8F459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F74D8F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49832D11" w14:textId="25F52E9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8</w:t>
            </w:r>
            <w:r w:rsidRPr="7D4E4B9D" w:rsidR="0394451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EYFS- nativity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4BD2DE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3E1FE5D4" w14:textId="356264D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10</w:t>
            </w:r>
            <w:r w:rsidRPr="7D4E4B9D" w:rsidR="23FC66B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carols by Candlelight Yr5/6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A622172" w14:textId="0972908C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11</w:t>
            </w:r>
            <w:r w:rsidRPr="7D4E4B9D" w:rsidR="7E262F9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7D4E4B9D" w14:paraId="13638C32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52CBC2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4C2A823A" w14:textId="7BD278FB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15</w:t>
            </w:r>
            <w:r w:rsidRPr="7D4E4B9D" w:rsidR="6935D195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Yr 1 Christmas performance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C675C08" w14:textId="549ECDB5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16</w:t>
            </w:r>
            <w:r w:rsidRPr="7D4E4B9D" w:rsidR="1678E60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Year ½ Christmas performance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32DF9E93" w14:textId="43EB7F5F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17</w:t>
            </w:r>
            <w:r w:rsidRPr="7D4E4B9D" w:rsidR="733063B7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Year 2 Christmas performance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4818E51F" w14:textId="62DF2610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18</w:t>
            </w:r>
            <w:r w:rsidRPr="7D4E4B9D" w:rsidR="611DDA76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Yr6 Swimming</w:t>
            </w:r>
          </w:p>
        </w:tc>
      </w:tr>
      <w:tr w:rsidR="0066044B" w:rsidTr="7D4E4B9D" w14:paraId="11010E55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263A49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  <w:p w:rsidR="0066044B" w:rsidRDefault="007F3BAA" w14:paraId="341FD70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3538BB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  <w:p w:rsidR="0066044B" w:rsidRDefault="007F3BAA" w14:paraId="064214A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EB4CCB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  <w:p w:rsidR="0066044B" w:rsidRDefault="007F3BAA" w14:paraId="4B86D32D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6723FB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24</w:t>
            </w:r>
          </w:p>
          <w:p w:rsidR="0066044B" w:rsidRDefault="007F3BAA" w14:paraId="20905A12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AFCDB2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  <w:p w:rsidR="0066044B" w:rsidRDefault="007F3BAA" w14:paraId="1A2CA86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CHRISTMAS DAY</w:t>
            </w:r>
          </w:p>
        </w:tc>
      </w:tr>
      <w:tr w:rsidR="0066044B" w:rsidTr="7D4E4B9D" w14:paraId="1C645F8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109C67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  <w:p w:rsidR="0066044B" w:rsidRDefault="007F3BAA" w14:paraId="6EAC5228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2C3DA1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  <w:p w:rsidR="0066044B" w:rsidRDefault="007F3BAA" w14:paraId="3D1AC5A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E98577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  <w:p w:rsidR="0066044B" w:rsidRDefault="007F3BAA" w14:paraId="42680C32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C8B330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31</w:t>
            </w:r>
          </w:p>
          <w:p w:rsidR="0066044B" w:rsidRDefault="007F3BAA" w14:paraId="17D3D89A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CHRISTMAS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BB9E253" w14:textId="77777777">
            <w:pPr>
              <w:rPr>
                <w:rFonts w:hint="eastAsia"/>
              </w:rPr>
            </w:pPr>
          </w:p>
        </w:tc>
      </w:tr>
      <w:tr w:rsidR="0066044B" w:rsidTr="7D4E4B9D" w14:paraId="23DE523C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2E56223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7547A0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043CB0F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7459315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537F28F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6DFB9E20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C6059EB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D44673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9BFC9F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A810B9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0E4EAB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70DF9E56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2A0D7E5F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44E871BC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24F9E919" wp14:editId="07777777">
                  <wp:extent cx="367989" cy="460800"/>
                  <wp:effectExtent l="0" t="0" r="0" b="0"/>
                  <wp:docPr id="5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58F84E8-455A-4CC6-80D3-4B457AD6FAF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E93772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January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17CD592E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52DE115E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Christmas holiday continues through Friday 1 January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5D9BC616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15D99D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39DFC3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49D393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46C2C85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EBD448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0D701B5E" w14:textId="77777777">
        <w:trPr>
          <w:cantSplit/>
          <w:trHeight w:val="945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44A5D23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38610E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37805D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63F29E8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9F14E3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  <w:p w:rsidR="0066044B" w:rsidRDefault="007F3BAA" w14:paraId="112156E8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NEW YEAR'S DAY</w:t>
            </w:r>
          </w:p>
        </w:tc>
      </w:tr>
      <w:tr w:rsidR="0066044B" w:rsidTr="7D4E4B9D" w14:paraId="70AE4D7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7310F6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6DB90E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946A7A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8AF3A1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CE4F91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</w:tr>
      <w:tr w:rsidR="0066044B" w:rsidTr="7D4E4B9D" w14:paraId="012442E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633503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0063D6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15384D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5C6873E" w14:textId="0302C6B1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14</w:t>
            </w:r>
            <w:r w:rsidRPr="7D4E4B9D" w:rsidR="5903AE6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Year ¾ Class assembly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41150DF2" w14:textId="321C3E5C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15  </w:t>
            </w:r>
          </w:p>
        </w:tc>
      </w:tr>
      <w:tr w:rsidR="0066044B" w:rsidTr="7D4E4B9D" w14:paraId="02ECF8D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D34F29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65B2BC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A6A902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67B13B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728750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</w:tr>
      <w:tr w:rsidR="0066044B" w:rsidTr="7D4E4B9D" w14:paraId="1E37DB9C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BF7B80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71397B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CDC7B3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A9E3E4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61F074D" w14:textId="39DBBDD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29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Book Look – 3:20pm to 3:40pm</w:t>
            </w:r>
          </w:p>
        </w:tc>
      </w:tr>
      <w:tr w:rsidR="0066044B" w:rsidTr="7D4E4B9D" w14:paraId="3B7B4B8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A0FF5F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630AD6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182907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BA226A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7AD93B2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0DE4B5B7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4AC20FF5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B83B69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37526E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4BB403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D9F680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66204FF1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197133F9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DBF0D7D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5C20168E" wp14:editId="07777777">
                  <wp:extent cx="367989" cy="460800"/>
                  <wp:effectExtent l="0" t="0" r="0" b="0"/>
                  <wp:docPr id="6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1D16158-CC03-4CDC-A790-73430562AA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6EFFD2D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February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EC4F90D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033FA2F4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Spring half term: Monday 15 - Friday 19 February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6B831E5A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8803A73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0E4632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4DF708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F9809A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7CD6E6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226C25EF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65D241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620EBD16" w:rsidRDefault="620EBD16" w14:paraId="33BE5447" w14:textId="59CF02E1">
            <w:pPr>
              <w:spacing w:after="20"/>
              <w:rPr>
                <w:rFonts w:hint="eastAsia"/>
              </w:rPr>
            </w:pPr>
            <w:r w:rsidRPr="620EBD16">
              <w:rPr>
                <w:b/>
                <w:bCs/>
                <w:color w:val="17365D" w:themeColor="text2" w:themeShade="BF"/>
                <w:sz w:val="24"/>
                <w:szCs w:val="24"/>
              </w:rPr>
              <w:t>2</w:t>
            </w:r>
          </w:p>
          <w:p w:rsidR="0066044B" w:rsidP="620EBD16" w:rsidRDefault="2F26AD01" w14:paraId="70D61EA1" w14:textId="06D04B56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 Parents Evening </w:t>
            </w:r>
          </w:p>
          <w:p w:rsidR="0066044B" w:rsidP="620EBD16" w:rsidRDefault="2F26AD01" w14:paraId="7BD4A519" w14:textId="63FD2D72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  <w:p w:rsidR="0066044B" w:rsidP="620EBD16" w:rsidRDefault="0066044B" w14:paraId="2CC21B90" w14:textId="6C1655C6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8D9363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0B5460D5" w14:paraId="77860884" w14:textId="7A5F4071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</w:t>
            </w:r>
            <w:r w:rsidRPr="7D4E4B9D" w:rsidR="76F2D69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Yr 4 Class assembly 9:00am</w:t>
            </w:r>
          </w:p>
          <w:p w:rsidR="0066044B" w:rsidP="620EBD16" w:rsidRDefault="07B24C8F" w14:paraId="7C5E6D13" w14:textId="08F9144F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 xml:space="preserve">Parents Evening </w:t>
            </w:r>
          </w:p>
          <w:p w:rsidR="0066044B" w:rsidP="620EBD16" w:rsidRDefault="07B24C8F" w14:paraId="287571FC" w14:textId="63FD2D72">
            <w:pPr>
              <w:spacing w:after="20"/>
              <w:rPr>
                <w:rFonts w:hint="eastAsia"/>
                <w:color w:val="17365D" w:themeColor="text2" w:themeShade="BF"/>
                <w:szCs w:val="18"/>
              </w:rPr>
            </w:pPr>
            <w:r w:rsidRPr="620EBD16">
              <w:rPr>
                <w:color w:val="17365D" w:themeColor="text2" w:themeShade="BF"/>
                <w:szCs w:val="18"/>
              </w:rPr>
              <w:t>(3.40pm – 6.30pm)</w:t>
            </w:r>
          </w:p>
          <w:p w:rsidR="0066044B" w:rsidP="620EBD16" w:rsidRDefault="0066044B" w14:paraId="22C3D751" w14:textId="6AE719B8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729DE7E4" w14:textId="4CEA8486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5 </w:t>
            </w:r>
          </w:p>
        </w:tc>
      </w:tr>
      <w:tr w:rsidR="0066044B" w:rsidTr="7D4E4B9D" w14:paraId="0CBBD77B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6D1341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2DC429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1830EA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34B4EC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E75B50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</w:tr>
      <w:tr w:rsidR="0066044B" w:rsidTr="7D4E4B9D" w14:paraId="23D6845F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6BB266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  <w:p w:rsidR="0066044B" w:rsidRDefault="007F3BAA" w14:paraId="4B10248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19C40F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  <w:p w:rsidR="0066044B" w:rsidRDefault="007F3BAA" w14:paraId="75F99E8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464187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  <w:p w:rsidR="0066044B" w:rsidRDefault="007F3BAA" w14:paraId="034BAF38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B4C6DB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18</w:t>
            </w:r>
          </w:p>
          <w:p w:rsidR="0066044B" w:rsidRDefault="007F3BAA" w14:paraId="45DB318C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C8C1C6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  <w:p w:rsidR="0066044B" w:rsidRDefault="007F3BAA" w14:paraId="6F234E2F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SPRING HALF TERM</w:t>
            </w:r>
          </w:p>
        </w:tc>
      </w:tr>
      <w:tr w:rsidR="0066044B" w:rsidTr="7D4E4B9D" w14:paraId="205E52B4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C89F63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DE4CAF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164103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1E379B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F8797A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</w:tc>
      </w:tr>
      <w:tr w:rsidR="0066044B" w:rsidTr="7D4E4B9D" w14:paraId="6B62F1B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2F2C34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80A4E5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921983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96FEF7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194DBDC" w14:textId="77777777">
            <w:pPr>
              <w:rPr>
                <w:rFonts w:hint="eastAsia"/>
              </w:rPr>
            </w:pPr>
          </w:p>
        </w:tc>
      </w:tr>
      <w:tr w:rsidR="0066044B" w:rsidTr="7D4E4B9D" w14:paraId="769D0D3C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4CD245A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231BE67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6FEB5B0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0D7AA69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196D064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34FF1C98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A683924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B7FB32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0ABBA7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249B6C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16C172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6D072C0D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20A50747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48A21919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7CE37E09" wp14:editId="07777777">
                  <wp:extent cx="367989" cy="460800"/>
                  <wp:effectExtent l="0" t="0" r="0" b="0"/>
                  <wp:docPr id="7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38C426-E70A-408D-BAC7-6AB54084A7F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ACBA73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March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F94CABC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7C21C860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Easter holiday begins Tuesday 30 March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355B8465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26FF12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34BF541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42EAC9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346B1F0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165E3DB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32AACF50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E32D52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38328F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7AB747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5055DCC4" w14:textId="599EF6FF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4</w:t>
            </w:r>
            <w:r w:rsidRPr="7D4E4B9D" w:rsidR="566AD01B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 Yr 2 Class Assembly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1D0ADF7A" w14:textId="5B7064C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5    </w:t>
            </w:r>
          </w:p>
        </w:tc>
      </w:tr>
      <w:tr w:rsidR="0066044B" w:rsidTr="7D4E4B9D" w14:paraId="12E995C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FCB5F4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391D46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2F65FF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D7208F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E2297C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</w:tr>
      <w:tr w:rsidR="0066044B" w:rsidTr="7D4E4B9D" w14:paraId="1035C9C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2E3969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945657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C3E0C4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08A69A7" w14:textId="44250EDF">
            <w:pPr>
              <w:spacing w:after="20"/>
              <w:rPr>
                <w:rFonts w:hint="eastAsia"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18 Yr 5/6 Class Assembly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AE9101A" w14:textId="2486BB1D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19 </w:t>
            </w:r>
          </w:p>
        </w:tc>
      </w:tr>
      <w:tr w:rsidR="0066044B" w:rsidTr="7D4E4B9D" w14:paraId="0A40DC6E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214D53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08DD1106" w14:textId="11BB9083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23 Yr 3 and 4 Easter performance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548D51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3944935F" w14:textId="071361AC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25 Easter Mass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A05634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  <w:p w:rsidR="0066044B" w:rsidRDefault="007F3BAA" w14:paraId="6A764666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GOOD FRIDAY</w:t>
            </w:r>
          </w:p>
        </w:tc>
      </w:tr>
      <w:tr w:rsidR="0066044B" w:rsidTr="7D4E4B9D" w14:paraId="401EAAB1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D024D6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  <w:p w:rsidR="0066044B" w:rsidRDefault="007F3BAA" w14:paraId="793E409E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EASTER MONDAY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0AE172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  <w:p w:rsidR="0066044B" w:rsidRDefault="007F3BAA" w14:paraId="714D5260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7D182F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31</w:t>
            </w:r>
          </w:p>
          <w:p w:rsidR="0066044B" w:rsidRDefault="007F3BAA" w14:paraId="1BD77A16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BD18F9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38601FE" w14:textId="77777777">
            <w:pPr>
              <w:rPr>
                <w:rFonts w:hint="eastAsia"/>
              </w:rPr>
            </w:pPr>
          </w:p>
        </w:tc>
      </w:tr>
      <w:tr w:rsidR="0066044B" w:rsidTr="7D4E4B9D" w14:paraId="0F3CABC7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B08B5D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6DEB4A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AD9C6F4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B1F511A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5F9C3DC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5023141B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4277209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C3B82B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780E36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B2E2F9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D2F1D5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1F3B1409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5A283E3D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62C75D1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631DD695" wp14:editId="07777777">
                  <wp:extent cx="367989" cy="460800"/>
                  <wp:effectExtent l="0" t="0" r="0" b="0"/>
                  <wp:docPr id="8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FC750C8-B096-40EC-8D85-CC8857CBB55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2366FD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April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39D03808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799F3485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Easter holiday continues through Friday 9 April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422E79BA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22C53E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5A7AAF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E7AD37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92A3D1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6E50F8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42709AF1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64355AD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A96511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DF4E37C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C50080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  <w:p w:rsidR="0066044B" w:rsidRDefault="007F3BAA" w14:paraId="45864850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4B6C89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  <w:p w:rsidR="0066044B" w:rsidRDefault="007F3BAA" w14:paraId="052C407A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</w:tr>
      <w:tr w:rsidR="0066044B" w:rsidTr="7D4E4B9D" w14:paraId="4A26EDC2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4648C2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  <w:p w:rsidR="0066044B" w:rsidRDefault="007F3BAA" w14:paraId="2CA74C8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DDB914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6</w:t>
            </w:r>
          </w:p>
          <w:p w:rsidR="0066044B" w:rsidRDefault="007F3BAA" w14:paraId="37A0D068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1F3359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  <w:p w:rsidR="0066044B" w:rsidRDefault="007F3BAA" w14:paraId="7BF90570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E86578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  <w:p w:rsidR="0066044B" w:rsidRDefault="007F3BAA" w14:paraId="66EA10E2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C1237B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  <w:p w:rsidR="0066044B" w:rsidRDefault="007F3BAA" w14:paraId="2A5275F6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EASTER HOLIDAY</w:t>
            </w:r>
          </w:p>
        </w:tc>
      </w:tr>
      <w:tr w:rsidR="0066044B" w:rsidTr="7D4E4B9D" w14:paraId="5695180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655FCB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B862D8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B7EE69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109032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8C7F5F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</w:tc>
      </w:tr>
      <w:tr w:rsidR="0066044B" w:rsidTr="7D4E4B9D" w14:paraId="4EF3F305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62372F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B5474F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3ECE29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77E2DF8A" w14:textId="688DBEF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22  Yr 1/2 Class Assembly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398FF380" w14:textId="622AAD06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23  </w:t>
            </w:r>
          </w:p>
        </w:tc>
      </w:tr>
      <w:tr w:rsidR="0066044B" w:rsidTr="7D4E4B9D" w14:paraId="4EC2174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AFCAD6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563157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EC7F4A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875807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2C529A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</w:tc>
      </w:tr>
      <w:tr w:rsidR="0066044B" w:rsidTr="7D4E4B9D" w14:paraId="44FB30F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DA6542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041E394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22B00A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2C6D79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E1831B3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54E11D2A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4DE35DC7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2442BDA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B798E4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4EFB58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BB94DF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31126E5D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25BB1D89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DE403A5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5F73FFFC" wp14:editId="07777777">
                  <wp:extent cx="367989" cy="460800"/>
                  <wp:effectExtent l="0" t="0" r="0" b="0"/>
                  <wp:docPr id="9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DC75D5-405B-4D78-8B62-017D5FD3DC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740C0633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May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EBA907B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582D1C16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Bank holidays: Monday 3 and Monday 31 May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49EA4627" w14:paraId="7D0F9F97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35B174B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89EAE2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1AD1F1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056E6A33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themeColor="background1" w:sz="9" w:space="0"/>
              <w:left w:val="single" w:color="FFFFFF" w:themeColor="background1" w:sz="9" w:space="0"/>
              <w:bottom w:val="single" w:color="FFFFFF" w:themeColor="background1" w:sz="9" w:space="0"/>
              <w:right w:val="single" w:color="FFFFFF" w:themeColor="background1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D8BCE6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49EA4627" w14:paraId="62431CDC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9E398E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6287F2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BE93A6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84BA73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4B3F2EB" w14:textId="77777777">
            <w:pPr>
              <w:rPr>
                <w:rFonts w:hint="eastAsia"/>
              </w:rPr>
            </w:pPr>
          </w:p>
        </w:tc>
      </w:tr>
      <w:tr w:rsidR="0066044B" w:rsidTr="49EA4627" w14:paraId="3D6C2E7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97C039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  <w:p w:rsidR="0066044B" w:rsidRDefault="007F3BAA" w14:paraId="5B729CAC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BANK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BC2995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4C3CC7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5D9A48CF" w14:textId="1614FB25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6  Yr 5 Class Assembly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F87031A" w14:textId="6617FDC6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7  </w:t>
            </w:r>
          </w:p>
        </w:tc>
      </w:tr>
      <w:tr w:rsidR="0066044B" w:rsidTr="49EA4627" w14:paraId="7C5DC81A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21FF65B9" w14:textId="63A316CC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10</w:t>
            </w:r>
            <w:r w:rsidRPr="7D4E4B9D" w:rsidR="106909DA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Pr="7D4E4B9D" w:rsidR="106909DA">
              <w:rPr>
                <w:color w:val="17365D" w:themeColor="text2" w:themeShade="BF"/>
                <w:sz w:val="24"/>
                <w:szCs w:val="24"/>
              </w:rPr>
              <w:t>Year 6 SATS</w:t>
            </w:r>
          </w:p>
          <w:p w:rsidR="0066044B" w:rsidRDefault="2175AA5D" w14:paraId="0FA5DB3D" w14:textId="65CA699E">
            <w:pPr>
              <w:spacing w:after="20"/>
              <w:rPr>
                <w:rFonts w:hint="eastAsia"/>
              </w:rPr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69F9A2D4" w14:textId="570853FB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11</w:t>
            </w:r>
            <w:r w:rsidRPr="7D4E4B9D" w:rsidR="2D2CBED0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Pr="7D4E4B9D" w:rsidR="2D2CBED0">
              <w:rPr>
                <w:color w:val="17365D" w:themeColor="text2" w:themeShade="BF"/>
                <w:sz w:val="24"/>
                <w:szCs w:val="24"/>
              </w:rPr>
              <w:t>Year 6 SATS</w:t>
            </w:r>
          </w:p>
          <w:p w:rsidR="0066044B" w:rsidRDefault="49A45423" w14:paraId="0F52A101" w14:textId="65CA699E">
            <w:pPr>
              <w:spacing w:after="20"/>
              <w:rPr>
                <w:rFonts w:hint="eastAsia"/>
              </w:rPr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  <w:p w:rsidR="0066044B" w:rsidP="7D4E4B9D" w:rsidRDefault="0066044B" w14:paraId="5E88EA72" w14:textId="7EEB49AC">
            <w:pPr>
              <w:spacing w:after="20"/>
              <w:rPr>
                <w:rFonts w:hint="eastAsia"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5B6C971" w14:textId="419181A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12</w:t>
            </w:r>
            <w:r w:rsidRPr="7D4E4B9D" w:rsidR="2936F772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Pr="7D4E4B9D" w:rsidR="2936F772">
              <w:rPr>
                <w:color w:val="17365D" w:themeColor="text2" w:themeShade="BF"/>
                <w:sz w:val="24"/>
                <w:szCs w:val="24"/>
              </w:rPr>
              <w:t>Year 6 SATS</w:t>
            </w:r>
          </w:p>
          <w:p w:rsidR="0066044B" w:rsidRDefault="35431905" w14:paraId="092AE14A" w14:textId="65CA699E">
            <w:pPr>
              <w:spacing w:after="20"/>
              <w:rPr>
                <w:rFonts w:hint="eastAsia"/>
              </w:rPr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  <w:p w:rsidR="0066044B" w:rsidP="7D4E4B9D" w:rsidRDefault="0066044B" w14:paraId="22FE9992" w14:textId="63BF9BF7">
            <w:pPr>
              <w:spacing w:after="20"/>
              <w:rPr>
                <w:rFonts w:hint="eastAsia"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FF8DA90" w14:textId="3C45676E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13</w:t>
            </w:r>
            <w:r w:rsidRPr="7D4E4B9D" w:rsidR="37C0BDFB">
              <w:rPr>
                <w:color w:val="17365D" w:themeColor="text2" w:themeShade="BF"/>
                <w:sz w:val="24"/>
                <w:szCs w:val="24"/>
              </w:rPr>
              <w:t xml:space="preserve"> Year 6 SATS</w:t>
            </w:r>
          </w:p>
          <w:p w:rsidR="0066044B" w:rsidRDefault="0BA5897E" w14:paraId="6D58B4CE" w14:textId="2AADD1F6">
            <w:pPr>
              <w:spacing w:after="20"/>
              <w:rPr>
                <w:rFonts w:hint="eastAsia"/>
              </w:rPr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Breakfast</w:t>
            </w:r>
          </w:p>
          <w:p w:rsidR="0066044B" w:rsidP="7D4E4B9D" w:rsidRDefault="3C726491" w14:paraId="62218FB3" w14:textId="0F42DC8F">
            <w:pPr>
              <w:spacing w:after="20"/>
              <w:rPr>
                <w:rFonts w:hint="eastAsia"/>
              </w:rPr>
            </w:pPr>
            <w:r w:rsidRPr="7D4E4B9D">
              <w:rPr>
                <w:color w:val="17365D" w:themeColor="text2" w:themeShade="BF"/>
                <w:sz w:val="24"/>
                <w:szCs w:val="24"/>
              </w:rPr>
              <w:t>Year 6 SATS celebration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50EBE2C2" w14:textId="1B19890C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14</w:t>
            </w:r>
            <w:r w:rsidRPr="7D4E4B9D" w:rsidR="0CB5E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- </w:t>
            </w:r>
            <w:r w:rsidRPr="7D4E4B9D" w:rsidR="0CB5EB9D">
              <w:rPr>
                <w:color w:val="17365D" w:themeColor="text2" w:themeShade="BF"/>
                <w:sz w:val="24"/>
                <w:szCs w:val="24"/>
              </w:rPr>
              <w:t>Celebrating St Brendan's-</w:t>
            </w:r>
            <w:r w:rsidRPr="7D4E4B9D" w:rsidR="2A514D19">
              <w:rPr>
                <w:color w:val="17365D" w:themeColor="text2" w:themeShade="BF"/>
                <w:sz w:val="24"/>
                <w:szCs w:val="24"/>
              </w:rPr>
              <w:t xml:space="preserve"> Feast Day</w:t>
            </w:r>
          </w:p>
          <w:p w:rsidR="0066044B" w:rsidP="7D4E4B9D" w:rsidRDefault="0066044B" w14:paraId="33434407" w14:textId="21D16751">
            <w:pPr>
              <w:spacing w:after="20"/>
              <w:rPr>
                <w:rFonts w:hint="eastAsia"/>
                <w:color w:val="17365D" w:themeColor="text2" w:themeShade="BF"/>
                <w:sz w:val="24"/>
                <w:szCs w:val="24"/>
              </w:rPr>
            </w:pPr>
          </w:p>
        </w:tc>
      </w:tr>
      <w:tr w:rsidR="0066044B" w:rsidTr="49EA4627" w14:paraId="1326FB04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D95BA9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79B2FC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21A289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7BB07B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528FAB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</w:tc>
      </w:tr>
      <w:tr w:rsidR="0066044B" w:rsidTr="49EA4627" w14:paraId="271F038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3043C1D" w14:textId="19B0CD56">
            <w:pPr>
              <w:spacing w:after="20"/>
            </w:pPr>
            <w:r w:rsidRPr="49EA4627" w:rsidR="3575381C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24</w:t>
            </w:r>
            <w:r w:rsidRPr="49EA4627" w:rsidR="5BAF3BAB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 xml:space="preserve"> Sports Day </w:t>
            </w:r>
          </w:p>
          <w:p w:rsidR="0066044B" w:rsidRDefault="007F3BAA" w14:paraId="5DB2EAB3" w14:textId="6A3B819F">
            <w:pPr>
              <w:spacing w:after="20"/>
            </w:pPr>
            <w:r w:rsidRPr="49EA4627" w:rsidR="5BAF3BAB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AM – EYFS</w:t>
            </w:r>
            <w:r w:rsidRPr="49EA4627" w:rsidR="0E834394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 xml:space="preserve">  - 9:00am</w:t>
            </w:r>
          </w:p>
          <w:p w:rsidR="0066044B" w:rsidRDefault="007F3BAA" w14:paraId="4E38EB10" w14:textId="4CAB7B69">
            <w:pPr>
              <w:spacing w:after="20"/>
            </w:pPr>
            <w:r w:rsidRPr="49EA4627" w:rsidR="0E834394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PM – Yr 1 &amp; 2 - 1:00pm</w:t>
            </w:r>
          </w:p>
          <w:p w:rsidR="0066044B" w:rsidP="49EA4627" w:rsidRDefault="007F3BAA" w14:paraId="5284F838" w14:textId="4E4628AE">
            <w:pPr>
              <w:spacing w:after="20"/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558E048" w14:textId="6D78A2AE">
            <w:pPr>
              <w:spacing w:after="20"/>
            </w:pPr>
            <w:r w:rsidRPr="49EA4627" w:rsidR="3575381C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25</w:t>
            </w:r>
            <w:r w:rsidRPr="49EA4627" w:rsidR="7EA14BDB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 xml:space="preserve"> Sports Day</w:t>
            </w:r>
          </w:p>
          <w:p w:rsidR="0066044B" w:rsidRDefault="007F3BAA" w14:paraId="08F64371" w14:textId="34009D5E">
            <w:pPr>
              <w:spacing w:after="20"/>
            </w:pPr>
            <w:r w:rsidRPr="49EA4627" w:rsidR="7EA14BDB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AM – Yr 3 &amp; 4  - 9:00am</w:t>
            </w:r>
          </w:p>
          <w:p w:rsidR="0066044B" w:rsidRDefault="007F3BAA" w14:paraId="728F1797" w14:textId="5D324C69">
            <w:pPr>
              <w:spacing w:after="20"/>
            </w:pPr>
            <w:r w:rsidRPr="49EA4627" w:rsidR="7EA14BDB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 xml:space="preserve">PM </w:t>
            </w:r>
            <w:r w:rsidRPr="49EA4627" w:rsidR="7EA14BDB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>- Yr</w:t>
            </w:r>
            <w:r w:rsidRPr="49EA4627" w:rsidR="7EA14BDB">
              <w:rPr>
                <w:b w:val="1"/>
                <w:bCs w:val="1"/>
                <w:color w:val="17365D" w:themeColor="text2" w:themeTint="FF" w:themeShade="BF"/>
                <w:sz w:val="24"/>
                <w:szCs w:val="24"/>
              </w:rPr>
              <w:t xml:space="preserve"> 5 &amp; 6 – 1:00pm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F46C0E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210C00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 w:themeFill="background1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186DC8D1" w14:textId="719A710E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28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Book Look – 3:20pm to 3:40pm</w:t>
            </w:r>
          </w:p>
        </w:tc>
      </w:tr>
      <w:tr w:rsidR="0066044B" w:rsidTr="49EA4627" w14:paraId="3FF7D4C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A677E8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31</w:t>
            </w:r>
          </w:p>
          <w:p w:rsidR="0066044B" w:rsidRDefault="007F3BAA" w14:paraId="341862D0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BANK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7D34F5C7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B4020A7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D7B270A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F904CB7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06971CD3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32F384D3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64E8AB8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870DD2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2B175A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2B2F114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2A1F701D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41E36F1A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3EFCA41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33A4DDB9" wp14:editId="07777777">
                  <wp:extent cx="367989" cy="460800"/>
                  <wp:effectExtent l="0" t="0" r="0" b="0"/>
                  <wp:docPr id="10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3A0EAE3-22D7-47E1-B0AC-B92777E7213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E918377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June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5C6F7574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3A76B25D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Summer half term: Tuesday 1 - Friday 4 June</w:t>
      </w:r>
    </w:p>
    <w:tbl>
      <w:tblPr>
        <w:tblW w:w="0" w:type="auto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0D604862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561616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BD1C1C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03AA6F9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4D9E4C9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66D1E7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585B192E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F96A72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50B3AD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  <w:p w:rsidR="0066044B" w:rsidRDefault="007F3BAA" w14:paraId="010EC465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8A8CB7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  <w:p w:rsidR="0066044B" w:rsidRDefault="007F3BAA" w14:paraId="082CFF5F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A2176D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  <w:p w:rsidR="0066044B" w:rsidRDefault="007F3BAA" w14:paraId="1CD5735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8EF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CD048C6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4</w:t>
            </w:r>
          </w:p>
          <w:p w:rsidR="0066044B" w:rsidRDefault="007F3BAA" w14:paraId="1E1679E8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5"/>
              </w:rPr>
              <w:t>SUMMER HALF TERM</w:t>
            </w:r>
          </w:p>
        </w:tc>
      </w:tr>
      <w:tr w:rsidR="0066044B" w:rsidTr="7D4E4B9D" w14:paraId="50FA346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7E6CB2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7BBEA4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BB22C1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E8FBDA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636008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</w:tc>
      </w:tr>
      <w:tr w:rsidR="0066044B" w:rsidTr="7D4E4B9D" w14:paraId="18B7BB6E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874E13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7D23D5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83605B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2588D061" w14:textId="3ABD3A8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17  Yr 1 Class Assembly  9:00am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P="7D4E4B9D" w:rsidRDefault="7D4E4B9D" w14:paraId="4052EA3A" w14:textId="3F44DA4E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18  </w:t>
            </w:r>
          </w:p>
        </w:tc>
      </w:tr>
      <w:tr w:rsidR="0066044B" w:rsidTr="7D4E4B9D" w14:paraId="5972CA88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73AD2F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B0F123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86D478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4DFBC012" w14:textId="7CD6993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24    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33917F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</w:tc>
      </w:tr>
      <w:tr w:rsidR="0066044B" w:rsidTr="7D4E4B9D" w14:paraId="7DD85A07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9F7A25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775D92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3B36BA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B95CD12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220BBB2" w14:textId="77777777">
            <w:pPr>
              <w:rPr>
                <w:rFonts w:hint="eastAsia"/>
              </w:rPr>
            </w:pPr>
          </w:p>
        </w:tc>
      </w:tr>
      <w:tr w:rsidR="0066044B" w:rsidTr="7D4E4B9D" w14:paraId="13CB595B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D9C8D39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675E05E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FC17F8B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A4F7224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AE48A43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50F40DEB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6584AE74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645AC3AE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36DB66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38F996B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40B10E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77A52294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7620A7EE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07DCDA8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34388CEA" wp14:editId="07777777">
                  <wp:extent cx="367989" cy="460800"/>
                  <wp:effectExtent l="0" t="0" r="0" b="0"/>
                  <wp:docPr id="11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8401E77-324B-4CA8-A692-59AE17D499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170A94F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July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87C540B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398AF2E6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INSET Days: Monday 26 and Tuesday 27 July | Summer holiday begins Wednesday 28 July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7D4E4B9D" w14:paraId="7FDE9029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127BB4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4ABDE01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575F2B0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1744CBC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E0FCDCA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7D4E4B9D" w14:paraId="4CD1044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50EA2D7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DD355C9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A81F0B1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B965A4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2E643A39" w14:textId="031055B5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2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Postcards Home- New classes and teacher</w:t>
            </w:r>
          </w:p>
        </w:tc>
      </w:tr>
      <w:tr w:rsidR="0066044B" w:rsidTr="7D4E4B9D" w14:paraId="6F3A295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5090736E" w14:textId="73776314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5 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1AA1B773" w14:textId="09984F1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6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New class- Transition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D246AF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7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C6C859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8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22AC84DE" w14:textId="59300128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9 Class transition morning meet with teacher</w:t>
            </w:r>
          </w:p>
          <w:p w:rsidR="0066044B" w:rsidP="7D4E4B9D" w:rsidRDefault="6CD36AD9" w14:paraId="2DADD19A" w14:textId="4F3E6E7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EYFS Class Assembly</w:t>
            </w:r>
          </w:p>
        </w:tc>
      </w:tr>
      <w:tr w:rsidR="0066044B" w:rsidTr="7D4E4B9D" w14:paraId="1C37B755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980CDB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01423B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13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C45D25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14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E56BDF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15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1AF6AB69" w14:textId="71FEA22D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16 </w:t>
            </w:r>
            <w:r w:rsidRPr="7D4E4B9D">
              <w:rPr>
                <w:color w:val="17365D" w:themeColor="text2" w:themeShade="BF"/>
                <w:sz w:val="24"/>
                <w:szCs w:val="24"/>
              </w:rPr>
              <w:t>School Report</w:t>
            </w:r>
          </w:p>
        </w:tc>
      </w:tr>
      <w:tr w:rsidR="0066044B" w:rsidTr="7D4E4B9D" w14:paraId="26BAB8B2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3F13D5C4" w14:textId="1FB2DC96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19</w:t>
            </w:r>
          </w:p>
          <w:p w:rsidR="0066044B" w:rsidRDefault="5FD99806" w14:paraId="267D3215" w14:textId="560B5F5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Year 6 Residential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698F4B38" w14:textId="3AD129A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20</w:t>
            </w:r>
          </w:p>
          <w:p w:rsidR="0066044B" w:rsidRDefault="0F06DDF0" w14:paraId="404748AE" w14:textId="560B5F5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Year 6 Residential</w:t>
            </w:r>
          </w:p>
          <w:p w:rsidR="0066044B" w:rsidP="7D4E4B9D" w:rsidRDefault="0066044B" w14:paraId="74BC2F5A" w14:textId="77A8F3DC">
            <w:pPr>
              <w:spacing w:after="20"/>
              <w:rPr>
                <w:rFonts w:hint="eastAsia"/>
                <w:b/>
                <w:bCs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7D4E4B9D" w14:paraId="7F9035E4" w14:textId="0ED51D92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21</w:t>
            </w:r>
          </w:p>
          <w:p w:rsidR="0066044B" w:rsidRDefault="07FAADFE" w14:paraId="6B7FC7F1" w14:textId="560B5F59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>Year 6 Residential</w:t>
            </w:r>
          </w:p>
          <w:p w:rsidR="0066044B" w:rsidRDefault="0681A13D" w14:paraId="469E47B7" w14:textId="0515450A">
            <w:pPr>
              <w:spacing w:after="20"/>
              <w:rPr>
                <w:rFonts w:hint="eastAsia"/>
              </w:rPr>
            </w:pPr>
            <w:r w:rsidRPr="7D4E4B9D">
              <w:rPr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6DB770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22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FFFFF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F84ED2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</w:tc>
      </w:tr>
      <w:tr w:rsidR="0066044B" w:rsidTr="7D4E4B9D" w14:paraId="62B3E77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05A141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  <w:p w:rsidR="0066044B" w:rsidRDefault="007F3BAA" w14:paraId="66D4C93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8D9F4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7E1AC0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  <w:p w:rsidR="0066044B" w:rsidRDefault="007F3BAA" w14:paraId="23DFE6DA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5"/>
              </w:rPr>
              <w:t>INSET 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1549C2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28</w:t>
            </w:r>
          </w:p>
          <w:p w:rsidR="0066044B" w:rsidRDefault="007F3BAA" w14:paraId="55034C8A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0CDF961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29</w:t>
            </w:r>
          </w:p>
          <w:p w:rsidR="0066044B" w:rsidRDefault="007F3BAA" w14:paraId="3FDD0815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31168FC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  <w:p w:rsidR="0066044B" w:rsidRDefault="007F3BAA" w14:paraId="3F58FAE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:rsidTr="7D4E4B9D" w14:paraId="717AAFBA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6EE48E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908EB2C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21FD38A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FE2DD96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27357532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07F023C8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2177A5F8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4FAB382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27F02D5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70A737A3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DC1C16B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66044B" w:rsidRDefault="007F3BAA" w14:paraId="4BDB5498" w14:textId="77777777">
      <w:pPr>
        <w:rPr>
          <w:rFonts w:hint="eastAsia"/>
        </w:rPr>
      </w:pPr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1792"/>
        <w:gridCol w:w="1757"/>
      </w:tblGrid>
      <w:tr w:rsidR="0066044B" w14:paraId="749AC986" w14:textId="77777777">
        <w:trPr>
          <w:jc w:val="center"/>
        </w:trPr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2916C19D" w14:textId="77777777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3A2DDD71" wp14:editId="07777777">
                  <wp:extent cx="367989" cy="460800"/>
                  <wp:effectExtent l="0" t="0" r="0" b="0"/>
                  <wp:docPr id="12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5B087A-0428-466B-AB21-4443FACADF4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brendans_logo_cropped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89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32E9B74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50"/>
              </w:rPr>
              <w:t>August 2027</w:t>
            </w:r>
          </w:p>
        </w:tc>
        <w:tc>
          <w:tcPr>
            <w:tcW w:w="17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66044B" w:rsidRDefault="007F3BAA" w14:paraId="00C5DBBB" w14:textId="77777777">
            <w:pPr>
              <w:jc w:val="right"/>
              <w:rPr>
                <w:rFonts w:hint="eastAsia"/>
              </w:rPr>
            </w:pPr>
            <w:r>
              <w:rPr>
                <w:b/>
                <w:color w:val="007DBA"/>
              </w:rPr>
              <w:t>ACADEMIC YEAR</w:t>
            </w:r>
            <w:r>
              <w:rPr>
                <w:b/>
                <w:color w:val="007DBA"/>
              </w:rPr>
              <w:br/>
            </w:r>
            <w:r>
              <w:rPr>
                <w:b/>
                <w:color w:val="007DBA"/>
              </w:rPr>
              <w:t>2026-2027</w:t>
            </w:r>
          </w:p>
        </w:tc>
      </w:tr>
    </w:tbl>
    <w:p w:rsidR="0066044B" w:rsidRDefault="007F3BAA" w14:paraId="1A9D2539" w14:textId="77777777">
      <w:pPr>
        <w:spacing w:after="80"/>
        <w:jc w:val="center"/>
        <w:rPr>
          <w:rFonts w:hint="eastAsia"/>
        </w:rPr>
      </w:pPr>
      <w:r>
        <w:rPr>
          <w:b/>
          <w:color w:val="17365D"/>
          <w:sz w:val="17"/>
        </w:rPr>
        <w:t>Summer holiday throughout August | Bank holiday Monday 30 August</w:t>
      </w:r>
    </w:p>
    <w:tbl>
      <w:tblPr>
        <w:tblW w:w="0" w:type="auto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192"/>
        <w:gridCol w:w="3192"/>
        <w:gridCol w:w="3192"/>
      </w:tblGrid>
      <w:tr w:rsidR="0066044B" w:rsidTr="620EBD16" w14:paraId="7FCD7B33" w14:textId="77777777">
        <w:trPr>
          <w:cantSplit/>
          <w:trHeight w:val="369" w:hRule="exact"/>
          <w:jc w:val="center"/>
        </w:trPr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1260A6C6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Monday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17AA68A4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Tuesday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2CF37E08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Wednesday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7D08382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Thursday</w:t>
            </w:r>
          </w:p>
        </w:tc>
        <w:tc>
          <w:tcPr>
            <w:tcW w:w="3192" w:type="dxa"/>
            <w:tcBorders>
              <w:top w:val="single" w:color="FFFFFF" w:sz="9" w:space="0"/>
              <w:left w:val="single" w:color="FFFFFF" w:sz="9" w:space="0"/>
              <w:bottom w:val="single" w:color="FFFFFF" w:sz="9" w:space="0"/>
              <w:right w:val="single" w:color="FFFFFF" w:sz="9" w:space="0"/>
            </w:tcBorders>
            <w:shd w:val="clear" w:color="auto" w:fill="8064A2" w:themeFill="accent4"/>
            <w:tcMar>
              <w:top w:w="45" w:type="dxa"/>
              <w:left w:w="60" w:type="dxa"/>
              <w:bottom w:w="40" w:type="dxa"/>
              <w:right w:w="60" w:type="dxa"/>
            </w:tcMar>
          </w:tcPr>
          <w:p w:rsidR="0066044B" w:rsidRDefault="007F3BAA" w14:paraId="65E9CA0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</w:rPr>
              <w:t>Friday</w:t>
            </w:r>
          </w:p>
        </w:tc>
      </w:tr>
      <w:tr w:rsidR="0066044B" w:rsidTr="620EBD16" w14:paraId="74869460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187F57B8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4738AF4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6ABBD8F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06BBA33E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464FCBC1" w14:textId="77777777">
            <w:pPr>
              <w:rPr>
                <w:rFonts w:hint="eastAsia"/>
              </w:rPr>
            </w:pPr>
          </w:p>
        </w:tc>
      </w:tr>
      <w:tr w:rsidR="0066044B" w:rsidTr="620EBD16" w14:paraId="5C76A4F2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A9DB5E7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</w:t>
            </w:r>
          </w:p>
          <w:p w:rsidR="0066044B" w:rsidRDefault="007F3BAA" w14:paraId="6DE5AF7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C1ED14B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</w:t>
            </w:r>
          </w:p>
          <w:p w:rsidR="0066044B" w:rsidRDefault="007F3BAA" w14:paraId="3AEDB2CE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A108F4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4</w:t>
            </w:r>
          </w:p>
          <w:p w:rsidR="0066044B" w:rsidRDefault="007F3BAA" w14:paraId="2F016450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95C1E8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5</w:t>
            </w:r>
          </w:p>
          <w:p w:rsidR="0066044B" w:rsidRDefault="007F3BAA" w14:paraId="41FD611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1D3DECFD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6</w:t>
            </w:r>
          </w:p>
          <w:p w:rsidR="0066044B" w:rsidRDefault="007F3BAA" w14:paraId="1557D56C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:rsidTr="620EBD16" w14:paraId="17648DDD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3F6EB12A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9</w:t>
            </w:r>
          </w:p>
          <w:p w:rsidR="0066044B" w:rsidRDefault="007F3BAA" w14:paraId="7529CBF4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8AD3BD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10</w:t>
            </w:r>
          </w:p>
          <w:p w:rsidR="0066044B" w:rsidRDefault="007F3BAA" w14:paraId="0D017ECF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57D964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11</w:t>
            </w:r>
          </w:p>
          <w:p w:rsidR="0066044B" w:rsidRDefault="007F3BAA" w14:paraId="0CF18EB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2331FB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12</w:t>
            </w:r>
          </w:p>
          <w:p w:rsidR="0066044B" w:rsidRDefault="007F3BAA" w14:paraId="379EAA57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192DA54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13</w:t>
            </w:r>
          </w:p>
          <w:p w:rsidR="0066044B" w:rsidRDefault="007F3BAA" w14:paraId="53CCC61B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:rsidTr="620EBD16" w14:paraId="2E36F196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BDCCDF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16</w:t>
            </w:r>
          </w:p>
          <w:p w:rsidR="0066044B" w:rsidRDefault="007F3BAA" w14:paraId="7D39AD75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583CC58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17</w:t>
            </w:r>
          </w:p>
          <w:p w:rsidR="0066044B" w:rsidRDefault="007F3BAA" w14:paraId="29D9159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7C57E71E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18</w:t>
            </w:r>
          </w:p>
          <w:p w:rsidR="0066044B" w:rsidRDefault="007F3BAA" w14:paraId="0E88B129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8B6FA2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19</w:t>
            </w:r>
          </w:p>
          <w:p w:rsidR="0066044B" w:rsidRDefault="007F3BAA" w14:paraId="0B87AB1F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6B441830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20</w:t>
            </w:r>
          </w:p>
          <w:p w:rsidR="0066044B" w:rsidRDefault="007F3BAA" w14:paraId="6C9D9A36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:rsidTr="620EBD16" w14:paraId="52B788D3" w14:textId="77777777">
        <w:trPr>
          <w:cantSplit/>
          <w:trHeight w:val="1219" w:hRule="exact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D60AAC2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23</w:t>
            </w:r>
          </w:p>
          <w:p w:rsidR="0066044B" w:rsidRDefault="007F3BAA" w14:paraId="7E7A119B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6127DDF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24</w:t>
            </w:r>
          </w:p>
          <w:p w:rsidR="0066044B" w:rsidRDefault="007F3BAA" w14:paraId="1E95B6AC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3E38973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25</w:t>
            </w:r>
          </w:p>
          <w:p w:rsidR="0066044B" w:rsidRDefault="007F3BAA" w14:paraId="6B2BC8B2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5D9A601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26</w:t>
            </w:r>
          </w:p>
          <w:p w:rsidR="0066044B" w:rsidRDefault="007F3BAA" w14:paraId="16BD4B4E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2E34BB09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27</w:t>
            </w:r>
          </w:p>
          <w:p w:rsidR="0066044B" w:rsidRDefault="007F3BAA" w14:paraId="4CFEE16D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</w:tr>
      <w:tr w:rsidR="0066044B" w:rsidTr="620EBD16" w14:paraId="3234D9DC" w14:textId="77777777">
        <w:trPr>
          <w:cantSplit/>
          <w:trHeight w:val="1365"/>
          <w:jc w:val="center"/>
        </w:trPr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DCEFE8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A5C01E1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30</w:t>
            </w:r>
          </w:p>
          <w:p w:rsidR="0066044B" w:rsidRDefault="007F3BAA" w14:paraId="413C0FE5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5"/>
              </w:rPr>
              <w:t>BANK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EAF5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7F3BAA" w14:paraId="4F9BD7C5" w14:textId="77777777">
            <w:pPr>
              <w:spacing w:after="20"/>
              <w:rPr>
                <w:rFonts w:hint="eastAsia"/>
              </w:rPr>
            </w:pPr>
            <w:r>
              <w:rPr>
                <w:b/>
                <w:color w:val="17365D"/>
                <w:sz w:val="24"/>
              </w:rPr>
              <w:t>31</w:t>
            </w:r>
          </w:p>
          <w:p w:rsidR="0066044B" w:rsidRDefault="007F3BAA" w14:paraId="0CBCA271" w14:textId="77777777">
            <w:pPr>
              <w:spacing w:before="40"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5"/>
              </w:rPr>
              <w:t>SUMMER HOLIDAY</w:t>
            </w: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C8C6B09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3382A365" w14:textId="77777777">
            <w:pPr>
              <w:rPr>
                <w:rFonts w:hint="eastAsia"/>
              </w:rPr>
            </w:pPr>
          </w:p>
        </w:tc>
        <w:tc>
          <w:tcPr>
            <w:tcW w:w="3192" w:type="dxa"/>
            <w:tcBorders>
              <w:top w:val="single" w:color="B7A7CC" w:sz="7" w:space="0"/>
              <w:left w:val="single" w:color="B7A7CC" w:sz="7" w:space="0"/>
              <w:bottom w:val="single" w:color="B7A7CC" w:sz="7" w:space="0"/>
              <w:right w:val="single" w:color="B7A7CC" w:sz="7" w:space="0"/>
            </w:tcBorders>
            <w:shd w:val="clear" w:color="auto" w:fill="F8F8FA"/>
            <w:tcMar>
              <w:top w:w="80" w:type="dxa"/>
              <w:left w:w="95" w:type="dxa"/>
              <w:bottom w:w="70" w:type="dxa"/>
              <w:right w:w="95" w:type="dxa"/>
            </w:tcMar>
          </w:tcPr>
          <w:p w:rsidR="0066044B" w:rsidRDefault="0066044B" w14:paraId="5C71F136" w14:textId="77777777">
            <w:pPr>
              <w:rPr>
                <w:rFonts w:hint="eastAsia"/>
              </w:rPr>
            </w:pPr>
          </w:p>
        </w:tc>
      </w:tr>
    </w:tbl>
    <w:p w:rsidR="0066044B" w:rsidRDefault="0066044B" w14:paraId="62199465" w14:textId="77777777">
      <w:pPr>
        <w:spacing w:before="80" w:after="40"/>
        <w:rPr>
          <w:rFonts w:hint="eastAsi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3515"/>
        <w:gridCol w:w="3515"/>
        <w:gridCol w:w="3515"/>
      </w:tblGrid>
      <w:tr w:rsidR="0066044B" w14:paraId="44BC664A" w14:textId="77777777">
        <w:trPr>
          <w:jc w:val="center"/>
        </w:trPr>
        <w:tc>
          <w:tcPr>
            <w:tcW w:w="3515" w:type="dxa"/>
            <w:tcBorders>
              <w:top w:val="single" w:color="5C2D91" w:sz="10" w:space="0"/>
              <w:left w:val="single" w:color="5C2D91" w:sz="10" w:space="0"/>
              <w:bottom w:val="single" w:color="5C2D91" w:sz="10" w:space="0"/>
              <w:right w:val="single" w:color="5C2D91" w:sz="10" w:space="0"/>
            </w:tcBorders>
            <w:shd w:val="clear" w:color="auto" w:fill="E8D9F4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5E7CDB0D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5C2D91"/>
                <w:sz w:val="16"/>
              </w:rPr>
              <w:t>INSET DAY</w:t>
            </w:r>
          </w:p>
        </w:tc>
        <w:tc>
          <w:tcPr>
            <w:tcW w:w="3515" w:type="dxa"/>
            <w:tcBorders>
              <w:top w:val="single" w:color="007DBA" w:sz="10" w:space="0"/>
              <w:left w:val="single" w:color="007DBA" w:sz="10" w:space="0"/>
              <w:bottom w:val="single" w:color="007DBA" w:sz="10" w:space="0"/>
              <w:right w:val="single" w:color="007DBA" w:sz="10" w:space="0"/>
            </w:tcBorders>
            <w:shd w:val="clear" w:color="auto" w:fill="D8EF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0564F6A0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007DBA"/>
                <w:sz w:val="16"/>
              </w:rPr>
              <w:t>HALF TERM</w:t>
            </w:r>
          </w:p>
        </w:tc>
        <w:tc>
          <w:tcPr>
            <w:tcW w:w="3515" w:type="dxa"/>
            <w:tcBorders>
              <w:top w:val="single" w:color="17365D" w:sz="10" w:space="0"/>
              <w:left w:val="single" w:color="17365D" w:sz="10" w:space="0"/>
              <w:bottom w:val="single" w:color="17365D" w:sz="10" w:space="0"/>
              <w:right w:val="single" w:color="17365D" w:sz="10" w:space="0"/>
            </w:tcBorders>
            <w:shd w:val="clear" w:color="auto" w:fill="EAF5FA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4EC9A4EC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365D"/>
                <w:sz w:val="16"/>
              </w:rPr>
              <w:t>SCHOOL HOLIDAY</w:t>
            </w:r>
          </w:p>
        </w:tc>
        <w:tc>
          <w:tcPr>
            <w:tcW w:w="3515" w:type="dxa"/>
            <w:tcBorders>
              <w:top w:val="single" w:color="176A51" w:sz="10" w:space="0"/>
              <w:left w:val="single" w:color="176A51" w:sz="10" w:space="0"/>
              <w:bottom w:val="single" w:color="176A51" w:sz="10" w:space="0"/>
              <w:right w:val="single" w:color="176A51" w:sz="10" w:space="0"/>
            </w:tcBorders>
            <w:shd w:val="clear" w:color="auto" w:fill="DCEFE8"/>
            <w:tcMar>
              <w:top w:w="45" w:type="dxa"/>
              <w:left w:w="70" w:type="dxa"/>
              <w:bottom w:w="45" w:type="dxa"/>
              <w:right w:w="70" w:type="dxa"/>
            </w:tcMar>
          </w:tcPr>
          <w:p w:rsidR="0066044B" w:rsidRDefault="007F3BAA" w14:paraId="17B1C10F" w14:textId="77777777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76A51"/>
                <w:sz w:val="16"/>
              </w:rPr>
              <w:t>BANK HOLIDAY</w:t>
            </w:r>
          </w:p>
        </w:tc>
      </w:tr>
    </w:tbl>
    <w:p w:rsidR="007F3BAA" w:rsidRDefault="007F3BAA" w14:paraId="16A7C3EE" w14:textId="77777777"/>
    <w:sectPr w:rsidR="007F3BAA" w:rsidSect="00034616">
      <w:pgSz w:w="16838" w:h="11906" w:orient="landscape"/>
      <w:pgMar w:top="255" w:right="312" w:bottom="255" w:left="312" w:header="85" w:footer="11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1089738231">
    <w:abstractNumId w:val="8"/>
  </w:num>
  <w:num w:numId="2" w16cid:durableId="14506545">
    <w:abstractNumId w:val="0"/>
  </w:num>
  <w:num w:numId="3" w16cid:durableId="1715109620">
    <w:abstractNumId w:val="3"/>
  </w:num>
  <w:num w:numId="4" w16cid:durableId="18355737">
    <w:abstractNumId w:val="6"/>
  </w:num>
  <w:num w:numId="5" w16cid:durableId="1936093780">
    <w:abstractNumId w:val="2"/>
  </w:num>
  <w:num w:numId="6" w16cid:durableId="1970429698">
    <w:abstractNumId w:val="5"/>
  </w:num>
  <w:num w:numId="7" w16cid:durableId="275530024">
    <w:abstractNumId w:val="7"/>
  </w:num>
  <w:num w:numId="8" w16cid:durableId="49427246">
    <w:abstractNumId w:val="1"/>
  </w:num>
  <w:num w:numId="9" w16cid:durableId="830294784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46D87"/>
    <w:rsid w:val="0029639D"/>
    <w:rsid w:val="00326F90"/>
    <w:rsid w:val="00483DB0"/>
    <w:rsid w:val="0066044B"/>
    <w:rsid w:val="007E70A4"/>
    <w:rsid w:val="007F3BAA"/>
    <w:rsid w:val="0085E05E"/>
    <w:rsid w:val="009F6323"/>
    <w:rsid w:val="00AA1D8D"/>
    <w:rsid w:val="00B47730"/>
    <w:rsid w:val="00CB0664"/>
    <w:rsid w:val="00CB4646"/>
    <w:rsid w:val="00FC693F"/>
    <w:rsid w:val="01397A17"/>
    <w:rsid w:val="02DC769A"/>
    <w:rsid w:val="02FE059C"/>
    <w:rsid w:val="03944510"/>
    <w:rsid w:val="0496E10C"/>
    <w:rsid w:val="0681A13D"/>
    <w:rsid w:val="06DE56E7"/>
    <w:rsid w:val="07B24C8F"/>
    <w:rsid w:val="07FAADFE"/>
    <w:rsid w:val="08E7D828"/>
    <w:rsid w:val="08F5ACEA"/>
    <w:rsid w:val="092F289C"/>
    <w:rsid w:val="09866A2B"/>
    <w:rsid w:val="0A80FA56"/>
    <w:rsid w:val="0B5460D5"/>
    <w:rsid w:val="0BA5897E"/>
    <w:rsid w:val="0CB5EB9D"/>
    <w:rsid w:val="0D229830"/>
    <w:rsid w:val="0E5F4FC0"/>
    <w:rsid w:val="0E834394"/>
    <w:rsid w:val="0F06DDF0"/>
    <w:rsid w:val="101EDC3C"/>
    <w:rsid w:val="106909DA"/>
    <w:rsid w:val="10ABA0D6"/>
    <w:rsid w:val="11742D6B"/>
    <w:rsid w:val="118AEB22"/>
    <w:rsid w:val="11BD204E"/>
    <w:rsid w:val="12862F4A"/>
    <w:rsid w:val="1352AA0D"/>
    <w:rsid w:val="13C9BAEC"/>
    <w:rsid w:val="14368B87"/>
    <w:rsid w:val="16025053"/>
    <w:rsid w:val="166E5CE4"/>
    <w:rsid w:val="1678E606"/>
    <w:rsid w:val="1842C23B"/>
    <w:rsid w:val="18BCE47C"/>
    <w:rsid w:val="18F8F58C"/>
    <w:rsid w:val="19C08774"/>
    <w:rsid w:val="1A040D81"/>
    <w:rsid w:val="1A3A6E39"/>
    <w:rsid w:val="1C4A1925"/>
    <w:rsid w:val="1EF3BC6E"/>
    <w:rsid w:val="1F5FF08D"/>
    <w:rsid w:val="1F8E4BF1"/>
    <w:rsid w:val="2010726D"/>
    <w:rsid w:val="2175AA5D"/>
    <w:rsid w:val="225480ED"/>
    <w:rsid w:val="2335B499"/>
    <w:rsid w:val="23FC66B0"/>
    <w:rsid w:val="24144F81"/>
    <w:rsid w:val="2452027B"/>
    <w:rsid w:val="255BA716"/>
    <w:rsid w:val="259177B8"/>
    <w:rsid w:val="25A6C232"/>
    <w:rsid w:val="27E93307"/>
    <w:rsid w:val="28DE8911"/>
    <w:rsid w:val="2936F772"/>
    <w:rsid w:val="2A514D19"/>
    <w:rsid w:val="2B5F77B2"/>
    <w:rsid w:val="2BE90C61"/>
    <w:rsid w:val="2D2CBED0"/>
    <w:rsid w:val="2E2363E5"/>
    <w:rsid w:val="2E5F848D"/>
    <w:rsid w:val="2E615332"/>
    <w:rsid w:val="2F26AD01"/>
    <w:rsid w:val="2F6F7F15"/>
    <w:rsid w:val="2FAB2A11"/>
    <w:rsid w:val="2FDE3C00"/>
    <w:rsid w:val="301CF124"/>
    <w:rsid w:val="30A62553"/>
    <w:rsid w:val="313C96FD"/>
    <w:rsid w:val="32AD256F"/>
    <w:rsid w:val="3517051D"/>
    <w:rsid w:val="35431905"/>
    <w:rsid w:val="354CA025"/>
    <w:rsid w:val="3575381C"/>
    <w:rsid w:val="3581DF40"/>
    <w:rsid w:val="35940BF1"/>
    <w:rsid w:val="3679017B"/>
    <w:rsid w:val="36A8AF29"/>
    <w:rsid w:val="37C0BDFB"/>
    <w:rsid w:val="39367C57"/>
    <w:rsid w:val="3AC7D19B"/>
    <w:rsid w:val="3BB57329"/>
    <w:rsid w:val="3C726491"/>
    <w:rsid w:val="3DDE68FB"/>
    <w:rsid w:val="3F72823A"/>
    <w:rsid w:val="42A022CB"/>
    <w:rsid w:val="448FA85A"/>
    <w:rsid w:val="456D893C"/>
    <w:rsid w:val="45DEC79A"/>
    <w:rsid w:val="4649E1D2"/>
    <w:rsid w:val="482C893C"/>
    <w:rsid w:val="49A45423"/>
    <w:rsid w:val="49CAB998"/>
    <w:rsid w:val="49EA4627"/>
    <w:rsid w:val="4AAB3B67"/>
    <w:rsid w:val="4B033D34"/>
    <w:rsid w:val="4C4F15E7"/>
    <w:rsid w:val="4D619191"/>
    <w:rsid w:val="50065DA4"/>
    <w:rsid w:val="508E95F9"/>
    <w:rsid w:val="50A33767"/>
    <w:rsid w:val="5270614C"/>
    <w:rsid w:val="52EA17F7"/>
    <w:rsid w:val="53CCFE7C"/>
    <w:rsid w:val="566AD01B"/>
    <w:rsid w:val="58D05CD6"/>
    <w:rsid w:val="5903AE6D"/>
    <w:rsid w:val="59E49E46"/>
    <w:rsid w:val="59EE8B69"/>
    <w:rsid w:val="5AA86F1D"/>
    <w:rsid w:val="5B18D01E"/>
    <w:rsid w:val="5BAF3BAB"/>
    <w:rsid w:val="5CBA096B"/>
    <w:rsid w:val="5F6CA71F"/>
    <w:rsid w:val="5FD99806"/>
    <w:rsid w:val="611DDA76"/>
    <w:rsid w:val="61DCD8B5"/>
    <w:rsid w:val="61F2E52D"/>
    <w:rsid w:val="620EBD16"/>
    <w:rsid w:val="63A41E23"/>
    <w:rsid w:val="6406E5F5"/>
    <w:rsid w:val="64CAE99A"/>
    <w:rsid w:val="652B9EA3"/>
    <w:rsid w:val="65B7FB0D"/>
    <w:rsid w:val="66D196E7"/>
    <w:rsid w:val="68D22ADE"/>
    <w:rsid w:val="6935D195"/>
    <w:rsid w:val="6C0037F7"/>
    <w:rsid w:val="6CD36AD9"/>
    <w:rsid w:val="6D6CE348"/>
    <w:rsid w:val="6DD5B42C"/>
    <w:rsid w:val="6F33532A"/>
    <w:rsid w:val="70953C8F"/>
    <w:rsid w:val="70A7F926"/>
    <w:rsid w:val="71754327"/>
    <w:rsid w:val="71A297E3"/>
    <w:rsid w:val="72DD9164"/>
    <w:rsid w:val="7314692A"/>
    <w:rsid w:val="733063B7"/>
    <w:rsid w:val="7367E7C1"/>
    <w:rsid w:val="76F2D690"/>
    <w:rsid w:val="76F73415"/>
    <w:rsid w:val="7785402F"/>
    <w:rsid w:val="77B8A383"/>
    <w:rsid w:val="77CB87F1"/>
    <w:rsid w:val="78C60213"/>
    <w:rsid w:val="79BD21E7"/>
    <w:rsid w:val="7C1AF492"/>
    <w:rsid w:val="7C2E5F76"/>
    <w:rsid w:val="7C4E9FFA"/>
    <w:rsid w:val="7C6CFB7C"/>
    <w:rsid w:val="7D4C5871"/>
    <w:rsid w:val="7D4E4B9D"/>
    <w:rsid w:val="7D71068C"/>
    <w:rsid w:val="7E262F97"/>
    <w:rsid w:val="7EA14BDB"/>
    <w:rsid w:val="7EB3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062061"/>
  <w14:defaultImageDpi w14:val="300"/>
  <w15:docId w15:val="{166EA146-0C96-4BDD-BA3B-352E92DDDF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6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3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55F16EB4A070459CF3EB8973168C45" ma:contentTypeVersion="14" ma:contentTypeDescription="Create a new document." ma:contentTypeScope="" ma:versionID="1feb0f001457c0c7ded5bc5e441dc276">
  <xsd:schema xmlns:xsd="http://www.w3.org/2001/XMLSchema" xmlns:xs="http://www.w3.org/2001/XMLSchema" xmlns:p="http://schemas.microsoft.com/office/2006/metadata/properties" xmlns:ns2="41dad9be-2567-46eb-9d61-09a2ff9783ae" xmlns:ns3="eca3353f-c32a-42c0-8fcb-d2e292fe6a20" targetNamespace="http://schemas.microsoft.com/office/2006/metadata/properties" ma:root="true" ma:fieldsID="93a696abac503e47e0a2d6a78097efbb" ns2:_="" ns3:_="">
    <xsd:import namespace="41dad9be-2567-46eb-9d61-09a2ff9783ae"/>
    <xsd:import namespace="eca3353f-c32a-42c0-8fcb-d2e292fe6a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dad9be-2567-46eb-9d61-09a2ff9783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0cb698-b910-40a7-b983-0c7377c981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a3353f-c32a-42c0-8fcb-d2e292fe6a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7feade0-6995-4414-89d1-cad6f3e20595}" ma:internalName="TaxCatchAll" ma:showField="CatchAllData" ma:web="eca3353f-c32a-42c0-8fcb-d2e292fe6a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dad9be-2567-46eb-9d61-09a2ff9783ae">
      <Terms xmlns="http://schemas.microsoft.com/office/infopath/2007/PartnerControls"/>
    </lcf76f155ced4ddcb4097134ff3c332f>
    <TaxCatchAll xmlns="eca3353f-c32a-42c0-8fcb-d2e292fe6a20" xsi:nil="true"/>
  </documentManagement>
</p:properties>
</file>

<file path=customXml/itemProps1.xml><?xml version="1.0" encoding="utf-8"?>
<ds:datastoreItem xmlns:ds="http://schemas.openxmlformats.org/officeDocument/2006/customXml" ds:itemID="{B24BA3CB-4EC0-45EB-85E0-CF390A5521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6A3983-6B97-4B63-A8FE-DC584F9F92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dad9be-2567-46eb-9d61-09a2ff9783ae"/>
    <ds:schemaRef ds:uri="eca3353f-c32a-42c0-8fcb-d2e292fe6a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3DA74A-E2E7-4329-9CB3-25022A4AAAE5}">
  <ds:schemaRefs>
    <ds:schemaRef ds:uri="http://schemas.microsoft.com/office/2006/metadata/properties"/>
    <ds:schemaRef ds:uri="http://schemas.microsoft.com/office/infopath/2007/PartnerControls"/>
    <ds:schemaRef ds:uri="41dad9be-2567-46eb-9d61-09a2ff9783ae"/>
    <ds:schemaRef ds:uri="eca3353f-c32a-42c0-8fcb-d2e292fe6a2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 Brendan's Academic Calendar 2026-2027</dc:title>
  <dc:subject>Editable school calendar with term dates, INSET days and holidays</dc:subject>
  <dc:creator>St Brendan's Primary School</dc:creator>
  <keywords/>
  <dc:description>generated by python-docx</dc:description>
  <lastModifiedBy>Lorraine Barron-Edgley (CBR)</lastModifiedBy>
  <revision>5</revision>
  <dcterms:created xsi:type="dcterms:W3CDTF">2013-12-23T23:15:00.0000000Z</dcterms:created>
  <dcterms:modified xsi:type="dcterms:W3CDTF">2026-09-24T14:18:43.9297374Z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0x0101007655F16EB4A070459CF3EB8973168C45</vt:lpwstr>
  </property>
  <property fmtid="{D5CDD505-2E9C-101B-9397-08002B2CF9AE}" pid="3" name="MediaServiceImageTags">
    <vt:lpwstr/>
  </property>
</Properties>
</file>