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0078B24C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672A6659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36DDA6F2" wp14:editId="07777777">
                  <wp:extent cx="367989" cy="460800"/>
                  <wp:effectExtent l="0" t="0" r="0" b="0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2F8DD37-796E-4250-B969-C393BCE3D3F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451273A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September 2026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77CBD7CE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296BCD72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Autumn term begins: INSET Day Tuesday 1 September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354CA025" w14:paraId="03485BCA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C055FC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0B01928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1FB9E9A5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CAC590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D26DC1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354CA025" w14:paraId="246C3D69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A37501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49841B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  <w:p w:rsidR="0066044B" w:rsidRDefault="007F3BAA" w14:paraId="64FE708E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5"/>
              </w:rPr>
              <w:t>INSET 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8F999B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3581DF40" w14:paraId="5FCD5EC4" w14:textId="4D578A5D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5CBA096B" w14:paraId="2598DEE6" w14:textId="6C9D8602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4 Yr6 Swimming</w:t>
            </w:r>
          </w:p>
        </w:tc>
      </w:tr>
      <w:tr w:rsidR="0066044B" w:rsidTr="354CA025" w14:paraId="7501CC0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5697EE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4B0A20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B2B730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D36975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4737E36C" w14:textId="03EDD09A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11</w:t>
            </w:r>
            <w:r w:rsidRPr="7D4E4B9D" w:rsidR="32AD256F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354CA025" w14:paraId="34101E4B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E1E336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3CFEC6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0EB5E791" w14:textId="2D22A82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16</w:t>
            </w:r>
            <w:r w:rsidRPr="7D4E4B9D" w:rsidR="63A41E23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KS1 Fergus Pet Therapy Dog 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11B77A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526D80A2" w14:textId="37215B59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18</w:t>
            </w:r>
            <w:r w:rsidRPr="7D4E4B9D" w:rsidR="3DDE68FB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354CA025" w14:paraId="0AE53ADA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B56821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4C2641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2E4F76D" w14:textId="71A24901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23</w:t>
            </w:r>
            <w:r w:rsidRPr="7D4E4B9D" w:rsidR="0E5F4FC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KS1 Fergus Pet Therapy Dog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354CA025" w:rsidRDefault="7D4E4B9D" w14:paraId="1D8EB8EE" w14:textId="3D7A041D">
            <w:pPr>
              <w:spacing w:after="20"/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</w:pPr>
            <w:r w:rsidRPr="354CA025" w:rsidR="2E615332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2</w:t>
            </w:r>
            <w:r w:rsidRPr="354CA025" w:rsidR="7C4E9FFA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0C61B8CF" w14:textId="0567DD92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25</w:t>
            </w:r>
            <w:r w:rsidRPr="7D4E4B9D" w:rsidR="59E49E4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- Harvest</w:t>
            </w:r>
            <w:r w:rsidRPr="7D4E4B9D" w:rsidR="7EB30F83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Collection</w:t>
            </w:r>
          </w:p>
          <w:p w:rsidR="0066044B" w:rsidP="7D4E4B9D" w:rsidRDefault="2E2363E5" w14:paraId="3DCFD5B2" w14:textId="1C2CFAE5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Yr6 Swimming</w:t>
            </w:r>
          </w:p>
          <w:p w:rsidR="0066044B" w:rsidP="354CA025" w:rsidRDefault="6F33532A" w14:paraId="4BFDD700" w14:textId="62BD5AF9">
            <w:pPr>
              <w:spacing w:after="20"/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</w:pPr>
          </w:p>
        </w:tc>
      </w:tr>
      <w:tr w:rsidR="0066044B" w:rsidTr="354CA025" w14:paraId="57927167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57393B24" w14:textId="534F686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28</w:t>
            </w:r>
            <w:r w:rsidRPr="7D4E4B9D" w:rsidR="313C96F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Book Fair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4B34824B" w14:textId="596AC57D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29</w:t>
            </w:r>
            <w:r w:rsidRPr="7D4E4B9D" w:rsidR="00246D8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Book Fair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4CF92D58" w14:textId="6EA39CB2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30</w:t>
            </w:r>
            <w:r w:rsidRPr="7D4E4B9D" w:rsidR="0D22983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Year 6 SATS- Parent event 3:30</w:t>
            </w:r>
          </w:p>
          <w:p w:rsidR="0066044B" w:rsidP="7D4E4B9D" w:rsidRDefault="092F289C" w14:paraId="79E91DE2" w14:textId="3A210E61">
            <w:pPr>
              <w:spacing w:after="20"/>
            </w:pPr>
            <w:r w:rsidRPr="354CA025" w:rsidR="7C1AF492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KS1 Fergus Pet Therapy Dog</w:t>
            </w:r>
          </w:p>
          <w:p w:rsidR="0066044B" w:rsidP="7D4E4B9D" w:rsidRDefault="092F289C" w14:paraId="219897CE" w14:textId="1BC4B870">
            <w:pPr>
              <w:spacing w:after="20"/>
            </w:pPr>
            <w:r w:rsidRPr="354CA025" w:rsidR="2452027B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Book Fair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DAB6C7B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2EB378F" w14:textId="77777777">
            <w:pPr>
              <w:rPr>
                <w:rFonts w:hint="eastAsia"/>
              </w:rPr>
            </w:pPr>
          </w:p>
        </w:tc>
      </w:tr>
      <w:tr w:rsidR="0066044B" w:rsidTr="354CA025" w14:paraId="6A05A809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A39BBE3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1C8F39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2A3D3EC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D0B940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E27B00A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60061E4C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2051EA13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CDA540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8A0804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0BCF133D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0D6933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44EAFD9C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52ADF721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4B94D5A5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0A63BB30" wp14:editId="07777777">
                  <wp:extent cx="367989" cy="460800"/>
                  <wp:effectExtent l="0" t="0" r="0" b="0"/>
                  <wp:docPr id="2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B94FCCF-1F11-4766-9B82-1EC74C7E7B9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1C75F507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October 2026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528BE63F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382D98E6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Autumn half term: Monday 19 - Friday 30 October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354CA025" w14:paraId="4B4C8A85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0BDF9A6E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7DFE89F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31FDC9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E5DDD2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2F2731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354CA025" w14:paraId="4B73E58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DEEC669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656B9AB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5FB0818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496E10C" w14:paraId="60D46BA4" w14:textId="63766F8F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</w:t>
            </w:r>
          </w:p>
          <w:p w:rsidR="0066044B" w:rsidRDefault="0496E10C" w14:paraId="6C4A8BB5" w14:textId="55A3187D">
            <w:pPr>
              <w:spacing w:after="20"/>
            </w:pPr>
            <w:r w:rsidRPr="354CA025" w:rsidR="2010726D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Census Day</w:t>
            </w:r>
          </w:p>
          <w:p w:rsidR="0066044B" w:rsidRDefault="0496E10C" w14:paraId="56B20A0C" w14:textId="242324CF">
            <w:pPr>
              <w:spacing w:after="20"/>
            </w:pPr>
            <w:r w:rsidRPr="354CA025" w:rsidR="09866A2B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Book Fair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5157DBCE" w14:textId="6B690991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</w:t>
            </w:r>
            <w:r w:rsidRPr="7D4E4B9D" w:rsidR="2B5F77B2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Pr="7D4E4B9D" w:rsidR="7C6CFB7C">
              <w:rPr>
                <w:b/>
                <w:bCs/>
                <w:color w:val="17365D" w:themeColor="text2" w:themeShade="BF"/>
                <w:sz w:val="24"/>
                <w:szCs w:val="24"/>
              </w:rPr>
              <w:t>World Smile Day</w:t>
            </w:r>
          </w:p>
          <w:p w:rsidR="0066044B" w:rsidP="7D4E4B9D" w:rsidRDefault="2B5F77B2" w14:paraId="7144751B" w14:textId="21826199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Yr6 Swimming</w:t>
            </w:r>
          </w:p>
        </w:tc>
      </w:tr>
      <w:tr w:rsidR="0066044B" w:rsidTr="354CA025" w14:paraId="77A3A0B4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8941E4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29B4EA11" w14:textId="7D00863E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6 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09B8484" w14:textId="1CA2523B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7</w:t>
            </w:r>
            <w:r w:rsidRPr="7D4E4B9D" w:rsidR="66D196E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KS1 Fergus Pet Therapy Dog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03853697" w14:textId="189DD1D3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8  Yr </w:t>
            </w:r>
            <w:r w:rsidRPr="7D4E4B9D" w:rsidR="2BE90C61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3 </w:t>
            </w: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Class Assembly</w:t>
            </w:r>
            <w:r w:rsidRPr="7D4E4B9D" w:rsidR="482C893C">
              <w:rPr>
                <w:b/>
                <w:bCs/>
                <w:color w:val="17365D" w:themeColor="text2" w:themeShade="BF"/>
                <w:sz w:val="24"/>
                <w:szCs w:val="24"/>
              </w:rPr>
              <w:t>- 9:00am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2DC769A" w14:paraId="3D9921AE" w14:textId="13C1B67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9 </w:t>
            </w:r>
            <w:r w:rsidRPr="7D4E4B9D" w:rsid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Pr="7D4E4B9D" w:rsidR="7D4E4B9D">
              <w:rPr>
                <w:color w:val="17365D" w:themeColor="text2" w:themeShade="BF"/>
                <w:sz w:val="24"/>
                <w:szCs w:val="24"/>
              </w:rPr>
              <w:t>Book Look – 3:20pm to 3:40pm</w:t>
            </w:r>
          </w:p>
          <w:p w:rsidR="0066044B" w:rsidP="7D4E4B9D" w:rsidRDefault="42A022CB" w14:paraId="089009E4" w14:textId="2DEC591A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Yr6 Swimming</w:t>
            </w:r>
          </w:p>
        </w:tc>
      </w:tr>
      <w:tr w:rsidR="0066044B" w:rsidTr="354CA025" w14:paraId="6B32EF85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8DF98D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6DE56E7" w14:paraId="3090D4E4" w14:textId="786E54AF">
            <w:pPr>
              <w:spacing w:after="20"/>
              <w:rPr>
                <w:rFonts w:hint="eastAsia"/>
              </w:rPr>
            </w:pPr>
            <w:r w:rsidRPr="06DE56E7">
              <w:rPr>
                <w:b/>
                <w:bCs/>
                <w:color w:val="17365D" w:themeColor="text2" w:themeShade="BF"/>
                <w:sz w:val="24"/>
                <w:szCs w:val="24"/>
              </w:rPr>
              <w:t>13</w:t>
            </w:r>
          </w:p>
          <w:p w:rsidR="0066044B" w:rsidP="620EBD16" w:rsidRDefault="50065DA4" w14:paraId="21B9311A" w14:textId="08F9144F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 xml:space="preserve">Parents Evening </w:t>
            </w:r>
          </w:p>
          <w:p w:rsidR="0066044B" w:rsidP="620EBD16" w:rsidRDefault="50065DA4" w14:paraId="39F18D26" w14:textId="63FD2D72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>(3.40pm – 6.30pm)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06DE56E7" w:rsidRDefault="25A6C232" w14:paraId="0F953182" w14:textId="2E2CAE8D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14</w:t>
            </w:r>
            <w:r w:rsidRPr="7D4E4B9D" w:rsidR="58D05CD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KS1 Fergus Pet Therapy Dog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620EBD16" w14:paraId="0A9CA5D8" w14:textId="7290873A">
            <w:pPr>
              <w:spacing w:after="20"/>
              <w:rPr>
                <w:rFonts w:hint="eastAsia"/>
              </w:rPr>
            </w:pPr>
            <w:r w:rsidRPr="620EBD16">
              <w:rPr>
                <w:b/>
                <w:bCs/>
                <w:color w:val="17365D" w:themeColor="text2" w:themeShade="BF"/>
                <w:sz w:val="24"/>
                <w:szCs w:val="24"/>
              </w:rPr>
              <w:t>15</w:t>
            </w:r>
          </w:p>
          <w:p w:rsidR="0066044B" w:rsidP="620EBD16" w:rsidRDefault="1EF3BC6E" w14:paraId="4E292C95" w14:textId="08F9144F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 xml:space="preserve">Parents Evening </w:t>
            </w:r>
          </w:p>
          <w:p w:rsidR="0066044B" w:rsidP="620EBD16" w:rsidRDefault="1EF3BC6E" w14:paraId="19590053" w14:textId="63FD2D72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>(3.40pm – 6.30pm)</w:t>
            </w:r>
          </w:p>
          <w:p w:rsidR="0066044B" w:rsidP="620EBD16" w:rsidRDefault="0066044B" w14:paraId="423D4B9D" w14:textId="23E007C8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632BF140" w14:textId="101486FE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16</w:t>
            </w:r>
            <w:r w:rsidRPr="7D4E4B9D" w:rsidR="007E70A4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354CA025" w14:paraId="5A42A41D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847A63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19</w:t>
            </w:r>
          </w:p>
          <w:p w:rsidR="0066044B" w:rsidRDefault="007F3BAA" w14:paraId="1142E1C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007C90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20</w:t>
            </w:r>
          </w:p>
          <w:p w:rsidR="0066044B" w:rsidRDefault="007F3BAA" w14:paraId="4E39F992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C375A7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  <w:p w:rsidR="0066044B" w:rsidRDefault="007F3BAA" w14:paraId="423DF7F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7581EC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  <w:p w:rsidR="0066044B" w:rsidRDefault="007F3BAA" w14:paraId="5467CFA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46E867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  <w:p w:rsidR="0066044B" w:rsidRDefault="007F3BAA" w14:paraId="0E326FB6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</w:tr>
      <w:tr w:rsidR="0066044B" w:rsidTr="354CA025" w14:paraId="5C5D26A4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633465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  <w:p w:rsidR="0066044B" w:rsidRDefault="007F3BAA" w14:paraId="1E69525C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1C0AA5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  <w:p w:rsidR="0066044B" w:rsidRDefault="007F3BAA" w14:paraId="7D1B96F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076875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28</w:t>
            </w:r>
          </w:p>
          <w:p w:rsidR="0066044B" w:rsidRDefault="007F3BAA" w14:paraId="4B2586CE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41FAE0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29</w:t>
            </w:r>
          </w:p>
          <w:p w:rsidR="0066044B" w:rsidRDefault="007F3BAA" w14:paraId="6AED8F69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0DA321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  <w:p w:rsidR="0066044B" w:rsidRDefault="007F3BAA" w14:paraId="38D853CF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</w:tr>
      <w:tr w:rsidR="0066044B" w:rsidTr="354CA025" w14:paraId="049F31CB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312826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2486C05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101652C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B99056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299C43A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4DDBEF00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665C7D30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216CD97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194E677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E06CB0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7995029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3461D779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6CB63F98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3CF2D8B6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5DB9856B" wp14:editId="07777777">
                  <wp:extent cx="367989" cy="460800"/>
                  <wp:effectExtent l="0" t="0" r="0" b="0"/>
                  <wp:docPr id="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8D9C0B2-0049-4490-8B56-0FBFDD7E574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5FABDD7E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November 2026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01640ACF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667AC587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INSET Day: Friday 27 November</w:t>
      </w:r>
    </w:p>
    <w:tbl>
      <w:tblPr>
        <w:tblW w:w="0" w:type="auto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64129716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4C83C5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70A77C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D8168B5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326147A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2A9B7E9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0FB78278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FC39945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562CB0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4CE0A4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2EBF3C5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D98A12B" w14:textId="77777777">
            <w:pPr>
              <w:rPr>
                <w:rFonts w:hint="eastAsia"/>
              </w:rPr>
            </w:pPr>
          </w:p>
        </w:tc>
      </w:tr>
      <w:tr w:rsidR="0066044B" w:rsidTr="7D4E4B9D" w14:paraId="099A2709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8E884C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B77815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79935F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4240AA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8AFF014" w14:textId="7AFB74D5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6</w:t>
            </w:r>
            <w:r w:rsidRPr="7D4E4B9D" w:rsidR="7314692A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  <w:p w:rsidR="0066044B" w:rsidP="7D4E4B9D" w:rsidRDefault="4649E1D2" w14:paraId="1B87E3DE" w14:textId="2150CB4B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School Photos</w:t>
            </w:r>
          </w:p>
        </w:tc>
      </w:tr>
      <w:tr w:rsidR="0066044B" w:rsidTr="7D4E4B9D" w14:paraId="0D8C506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212456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46DE71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35DA4F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94C502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0A7D2755" w14:textId="2A958422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13   Year </w:t>
            </w:r>
            <w:r w:rsidRPr="7D4E4B9D" w:rsidR="78C60213">
              <w:rPr>
                <w:b/>
                <w:bCs/>
                <w:color w:val="17365D" w:themeColor="text2" w:themeShade="BF"/>
                <w:sz w:val="24"/>
                <w:szCs w:val="24"/>
              </w:rPr>
              <w:t>6</w:t>
            </w: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Class Assembly</w:t>
            </w:r>
          </w:p>
          <w:p w:rsidR="0066044B" w:rsidP="7D4E4B9D" w:rsidRDefault="508E95F9" w14:paraId="5D0116D1" w14:textId="57A5210F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Yr6 Swimming</w:t>
            </w:r>
          </w:p>
        </w:tc>
      </w:tr>
      <w:tr w:rsidR="0066044B" w:rsidTr="7D4E4B9D" w14:paraId="54011278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39EFE5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DA9612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D9857E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7C14D38D" w14:textId="5522937A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19</w:t>
            </w:r>
            <w:r w:rsidRPr="7D4E4B9D" w:rsidR="08E7D828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Year 6 Class Assembly- 9:00am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2A4FFC0" w14:textId="1C123621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20</w:t>
            </w:r>
            <w:r w:rsidRPr="7D4E4B9D" w:rsidR="448FA85A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7D4E4B9D" w14:paraId="252FC7BD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A79C84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AA4FC6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C20304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29B61C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7F7804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  <w:p w:rsidR="0066044B" w:rsidRDefault="007F3BAA" w14:paraId="2C556A65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5"/>
              </w:rPr>
              <w:t>INSET DAY</w:t>
            </w:r>
          </w:p>
        </w:tc>
      </w:tr>
      <w:tr w:rsidR="0066044B" w:rsidTr="7D4E4B9D" w14:paraId="18E8C380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6B40F8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946DB8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997CC1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10FFD37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B699379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3FE9F23F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2A9F0E16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E7D1B7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7A24927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180AF155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1D7FD81E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1F72F646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18DF3199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08CE6F91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054D5DC8" wp14:editId="07777777">
                  <wp:extent cx="367989" cy="460800"/>
                  <wp:effectExtent l="0" t="0" r="0" b="0"/>
                  <wp:docPr id="4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09171A1-A36A-433F-81DA-502D4EC20DF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58B6CA3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December 2026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76CEBD1A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36F72E43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INSET Day: Monday 21 December | Christmas holiday begins Tuesday 22 December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5648B1DF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FF51E04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D975242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0DE7A5CA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303886C3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9218CE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6E71BFDA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1CDCEA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49FAAB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842F59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A036E3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C964D78" w14:textId="166943E3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4</w:t>
            </w:r>
            <w:r w:rsidRPr="7D4E4B9D" w:rsidR="27E9330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7D4E4B9D" w14:paraId="30E8F459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F74D8F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49832D11" w14:textId="25F52E9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8</w:t>
            </w:r>
            <w:r w:rsidRPr="7D4E4B9D" w:rsidR="0394451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EYFS- nativity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4BD2DE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3E1FE5D4" w14:textId="356264D8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10</w:t>
            </w:r>
            <w:r w:rsidRPr="7D4E4B9D" w:rsidR="23FC66B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carols by Candlelight Yr5/6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A622172" w14:textId="0972908C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11</w:t>
            </w:r>
            <w:r w:rsidRPr="7D4E4B9D" w:rsidR="7E262F9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7D4E4B9D" w14:paraId="13638C32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52CBC2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4C2A823A" w14:textId="7BD278FB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15</w:t>
            </w:r>
            <w:r w:rsidRPr="7D4E4B9D" w:rsidR="6935D195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Yr 1 Christmas performance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C675C08" w14:textId="549ECDB5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16</w:t>
            </w:r>
            <w:r w:rsidRPr="7D4E4B9D" w:rsidR="1678E60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Year ½ Christmas performance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32DF9E93" w14:textId="43EB7F5F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17</w:t>
            </w:r>
            <w:r w:rsidRPr="7D4E4B9D" w:rsidR="733063B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Year 2 Christmas performance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4818E51F" w14:textId="62DF2610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18</w:t>
            </w:r>
            <w:r w:rsidRPr="7D4E4B9D" w:rsidR="611DDA7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7D4E4B9D" w14:paraId="11010E55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263A49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  <w:p w:rsidR="0066044B" w:rsidRDefault="007F3BAA" w14:paraId="341FD70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5"/>
              </w:rPr>
              <w:t>INSET 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3538BB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  <w:p w:rsidR="0066044B" w:rsidRDefault="007F3BAA" w14:paraId="064214A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EB4CCB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  <w:p w:rsidR="0066044B" w:rsidRDefault="007F3BAA" w14:paraId="4B86D32D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6723FB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24</w:t>
            </w:r>
          </w:p>
          <w:p w:rsidR="0066044B" w:rsidRDefault="007F3BAA" w14:paraId="20905A12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AFCDB2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  <w:p w:rsidR="0066044B" w:rsidRDefault="007F3BAA" w14:paraId="1A2CA86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CHRISTMAS DAY</w:t>
            </w:r>
          </w:p>
        </w:tc>
      </w:tr>
      <w:tr w:rsidR="0066044B" w:rsidTr="7D4E4B9D" w14:paraId="1C645F88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109C67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28</w:t>
            </w:r>
          </w:p>
          <w:p w:rsidR="0066044B" w:rsidRDefault="007F3BAA" w14:paraId="6EAC5228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2C3DA1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29</w:t>
            </w:r>
          </w:p>
          <w:p w:rsidR="0066044B" w:rsidRDefault="007F3BAA" w14:paraId="3D1AC5A9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E98577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  <w:p w:rsidR="0066044B" w:rsidRDefault="007F3BAA" w14:paraId="42680C32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C8B330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31</w:t>
            </w:r>
          </w:p>
          <w:p w:rsidR="0066044B" w:rsidRDefault="007F3BAA" w14:paraId="17D3D89A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BB9E253" w14:textId="77777777">
            <w:pPr>
              <w:rPr>
                <w:rFonts w:hint="eastAsia"/>
              </w:rPr>
            </w:pPr>
          </w:p>
        </w:tc>
      </w:tr>
      <w:tr w:rsidR="0066044B" w:rsidTr="7D4E4B9D" w14:paraId="23DE523C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2E56223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7547A0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043CB0F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7459315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537F28F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6DFB9E20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6C6059EB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D44673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79BFC9F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0A810B9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0E4EAB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70DF9E56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2A0D7E5F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44E871BC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24F9E919" wp14:editId="07777777">
                  <wp:extent cx="367989" cy="460800"/>
                  <wp:effectExtent l="0" t="0" r="0" b="0"/>
                  <wp:docPr id="5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58F84E8-455A-4CC6-80D3-4B457AD6FAF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E937729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January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17CD592E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52DE115E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Christmas holiday continues through Friday 1 January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5D9BC616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715D99D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39DFC39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049D3934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46C2C85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EBD4489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0D701B5E" w14:textId="77777777">
        <w:trPr>
          <w:cantSplit/>
          <w:trHeight w:val="945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44A5D23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38610EB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37805D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63F29E8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9F14E3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  <w:p w:rsidR="0066044B" w:rsidRDefault="007F3BAA" w14:paraId="112156E8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NEW YEAR'S DAY</w:t>
            </w:r>
          </w:p>
        </w:tc>
      </w:tr>
      <w:tr w:rsidR="0066044B" w:rsidTr="7D4E4B9D" w14:paraId="70AE4D7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7310F6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6DB90E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946A7A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8AF3A1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CE4F91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</w:tc>
      </w:tr>
      <w:tr w:rsidR="0066044B" w:rsidTr="7D4E4B9D" w14:paraId="012442E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633503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0063D6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15384D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5C6873E" w14:textId="0302C6B1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14</w:t>
            </w:r>
            <w:r w:rsidRPr="7D4E4B9D" w:rsidR="5903AE6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Year ¾ Class assembly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41150DF2" w14:textId="321C3E5C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15  </w:t>
            </w:r>
          </w:p>
        </w:tc>
      </w:tr>
      <w:tr w:rsidR="0066044B" w:rsidTr="7D4E4B9D" w14:paraId="02ECF8D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D34F29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65B2BC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A6A902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67B13B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728750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</w:tc>
      </w:tr>
      <w:tr w:rsidR="0066044B" w:rsidTr="7D4E4B9D" w14:paraId="1E37DB9C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BF7B80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71397B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CDC7B3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A9E3E4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61F074D" w14:textId="39DBBDD8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29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Book Look – 3:20pm to 3:40pm</w:t>
            </w:r>
          </w:p>
        </w:tc>
      </w:tr>
      <w:tr w:rsidR="0066044B" w:rsidTr="7D4E4B9D" w14:paraId="3B7B4B8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A0FF5F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630AD6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182907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BA226A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7AD93B2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0DE4B5B7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4AC20FF5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B83B694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37526E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4BB403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7D9F6804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66204FF1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197133F9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DBF0D7D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5C20168E" wp14:editId="07777777">
                  <wp:extent cx="367989" cy="460800"/>
                  <wp:effectExtent l="0" t="0" r="0" b="0"/>
                  <wp:docPr id="6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1D16158-CC03-4CDC-A790-73430562AA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6EFFD2D9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February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5EC4F90D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033FA2F4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Spring half term: Monday 15 - Friday 19 February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6B831E5A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78803A73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00E4632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4DF708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7F9809A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7CD6E6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226C25EF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65D241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620EBD16" w:rsidRDefault="620EBD16" w14:paraId="33BE5447" w14:textId="59CF02E1">
            <w:pPr>
              <w:spacing w:after="20"/>
              <w:rPr>
                <w:rFonts w:hint="eastAsia"/>
              </w:rPr>
            </w:pPr>
            <w:r w:rsidRPr="620EBD16">
              <w:rPr>
                <w:b/>
                <w:bCs/>
                <w:color w:val="17365D" w:themeColor="text2" w:themeShade="BF"/>
                <w:sz w:val="24"/>
                <w:szCs w:val="24"/>
              </w:rPr>
              <w:t>2</w:t>
            </w:r>
          </w:p>
          <w:p w:rsidR="0066044B" w:rsidP="620EBD16" w:rsidRDefault="2F26AD01" w14:paraId="70D61EA1" w14:textId="06D04B56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 xml:space="preserve"> Parents Evening </w:t>
            </w:r>
          </w:p>
          <w:p w:rsidR="0066044B" w:rsidP="620EBD16" w:rsidRDefault="2F26AD01" w14:paraId="7BD4A519" w14:textId="63FD2D72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>(3.40pm – 6.30pm)</w:t>
            </w:r>
          </w:p>
          <w:p w:rsidR="0066044B" w:rsidP="620EBD16" w:rsidRDefault="0066044B" w14:paraId="2CC21B90" w14:textId="6C1655C6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8D9363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0B5460D5" w14:paraId="77860884" w14:textId="7A5F4071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4</w:t>
            </w:r>
            <w:r w:rsidRPr="7D4E4B9D" w:rsidR="76F2D69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Yr 4 Class assembly 9:00am</w:t>
            </w:r>
          </w:p>
          <w:p w:rsidR="0066044B" w:rsidP="620EBD16" w:rsidRDefault="07B24C8F" w14:paraId="7C5E6D13" w14:textId="08F9144F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 xml:space="preserve">Parents Evening </w:t>
            </w:r>
          </w:p>
          <w:p w:rsidR="0066044B" w:rsidP="620EBD16" w:rsidRDefault="07B24C8F" w14:paraId="287571FC" w14:textId="63FD2D72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>(3.40pm – 6.30pm)</w:t>
            </w:r>
          </w:p>
          <w:p w:rsidR="0066044B" w:rsidP="620EBD16" w:rsidRDefault="0066044B" w14:paraId="22C3D751" w14:textId="6AE719B8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729DE7E4" w14:textId="4CEA8486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5 </w:t>
            </w:r>
          </w:p>
        </w:tc>
      </w:tr>
      <w:tr w:rsidR="0066044B" w:rsidTr="7D4E4B9D" w14:paraId="0CBBD77B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6D1341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2DC429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1830EA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34B4EC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E75B50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</w:tr>
      <w:tr w:rsidR="0066044B" w:rsidTr="7D4E4B9D" w14:paraId="23D6845F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6BB266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15</w:t>
            </w:r>
          </w:p>
          <w:p w:rsidR="0066044B" w:rsidRDefault="007F3BAA" w14:paraId="4B102489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19C40F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16</w:t>
            </w:r>
          </w:p>
          <w:p w:rsidR="0066044B" w:rsidRDefault="007F3BAA" w14:paraId="75F99E8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464187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17</w:t>
            </w:r>
          </w:p>
          <w:p w:rsidR="0066044B" w:rsidRDefault="007F3BAA" w14:paraId="034BAF38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B4C6DB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18</w:t>
            </w:r>
          </w:p>
          <w:p w:rsidR="0066044B" w:rsidRDefault="007F3BAA" w14:paraId="45DB318C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C8C1C6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19</w:t>
            </w:r>
          </w:p>
          <w:p w:rsidR="0066044B" w:rsidRDefault="007F3BAA" w14:paraId="6F234E2F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</w:tr>
      <w:tr w:rsidR="0066044B" w:rsidTr="7D4E4B9D" w14:paraId="205E52B4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C89F63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DE4CAF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164103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1E379B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F8797A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</w:tc>
      </w:tr>
      <w:tr w:rsidR="0066044B" w:rsidTr="7D4E4B9D" w14:paraId="6B62F1B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2F2C34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80A4E5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921983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96FEF7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194DBDC" w14:textId="77777777">
            <w:pPr>
              <w:rPr>
                <w:rFonts w:hint="eastAsia"/>
              </w:rPr>
            </w:pPr>
          </w:p>
        </w:tc>
      </w:tr>
      <w:tr w:rsidR="0066044B" w:rsidTr="7D4E4B9D" w14:paraId="769D0D3C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4CD245A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231BE67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6FEB5B0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0D7AA69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196D064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34FF1C98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6A683924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B7FB32D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0ABBA74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0249B6CA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16C172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6D072C0D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20A50747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48A21919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7CE37E09" wp14:editId="07777777">
                  <wp:extent cx="367989" cy="460800"/>
                  <wp:effectExtent l="0" t="0" r="0" b="0"/>
                  <wp:docPr id="7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38C426-E70A-408D-BAC7-6AB54084A7F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ACBA73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March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F94CABC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7C21C860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Easter holiday begins Tuesday 30 March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355B8465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26FF12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34BF5417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42EAC9D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346B1F0D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165E3DB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32AACF50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E32D52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38328F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7AB747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5055DCC4" w14:textId="599EF6FF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4</w:t>
            </w:r>
            <w:r w:rsidRPr="7D4E4B9D" w:rsidR="566AD01B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Yr 2 Class Assembly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1D0ADF7A" w14:textId="5B7064C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5    </w:t>
            </w:r>
          </w:p>
        </w:tc>
      </w:tr>
      <w:tr w:rsidR="0066044B" w:rsidTr="7D4E4B9D" w14:paraId="12E995C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FCB5F4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391D46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2F65FF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D7208F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E2297C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</w:tr>
      <w:tr w:rsidR="0066044B" w:rsidTr="7D4E4B9D" w14:paraId="1035C9CD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2E3969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945657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C3E0C4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08A69A7" w14:textId="44250EDF">
            <w:pPr>
              <w:spacing w:after="20"/>
              <w:rPr>
                <w:rFonts w:hint="eastAsia"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18 Yr 5/6 Class Assembly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AE9101A" w14:textId="2486BB1D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19 </w:t>
            </w:r>
          </w:p>
        </w:tc>
      </w:tr>
      <w:tr w:rsidR="0066044B" w:rsidTr="7D4E4B9D" w14:paraId="0A40DC6E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214D53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08DD1106" w14:textId="11BB9083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23 Yr 3 and 4 Easter performance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548D51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3944935F" w14:textId="071361AC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25 Easter Mass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A05634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  <w:p w:rsidR="0066044B" w:rsidRDefault="007F3BAA" w14:paraId="6A764666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GOOD FRIDAY</w:t>
            </w:r>
          </w:p>
        </w:tc>
      </w:tr>
      <w:tr w:rsidR="0066044B" w:rsidTr="7D4E4B9D" w14:paraId="401EAAB1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D024D6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29</w:t>
            </w:r>
          </w:p>
          <w:p w:rsidR="0066044B" w:rsidRDefault="007F3BAA" w14:paraId="793E409E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EASTER MONDAY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0AE172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  <w:p w:rsidR="0066044B" w:rsidRDefault="007F3BAA" w14:paraId="714D5260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7D182F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31</w:t>
            </w:r>
          </w:p>
          <w:p w:rsidR="0066044B" w:rsidRDefault="007F3BAA" w14:paraId="1BD77A16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BD18F9B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38601FE" w14:textId="77777777">
            <w:pPr>
              <w:rPr>
                <w:rFonts w:hint="eastAsia"/>
              </w:rPr>
            </w:pPr>
          </w:p>
        </w:tc>
      </w:tr>
      <w:tr w:rsidR="0066044B" w:rsidTr="7D4E4B9D" w14:paraId="0F3CABC7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B08B5D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6DEB4AB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AD9C6F4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B1F511A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5F9C3DC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5023141B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64277209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C3B82B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780E36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B2E2F9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7D2F1D5A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1F3B1409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5A283E3D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562C75D1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631DD695" wp14:editId="07777777">
                  <wp:extent cx="367989" cy="460800"/>
                  <wp:effectExtent l="0" t="0" r="0" b="0"/>
                  <wp:docPr id="8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FC750C8-B096-40EC-8D85-CC8857CBB55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02366FD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April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39D03808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799F3485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Easter holiday continues through Friday 9 April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422E79BA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722C53E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5A7AAF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E7AD37A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92A3D1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6E50F82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42709AF1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64355A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A96511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DF4E37C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C50080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  <w:p w:rsidR="0066044B" w:rsidRDefault="007F3BAA" w14:paraId="45864850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4B6C89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  <w:p w:rsidR="0066044B" w:rsidRDefault="007F3BAA" w14:paraId="052C407A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</w:tr>
      <w:tr w:rsidR="0066044B" w:rsidTr="7D4E4B9D" w14:paraId="4A26EDC2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4648C2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5</w:t>
            </w:r>
          </w:p>
          <w:p w:rsidR="0066044B" w:rsidRDefault="007F3BAA" w14:paraId="2CA74C89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DDB914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6</w:t>
            </w:r>
          </w:p>
          <w:p w:rsidR="0066044B" w:rsidRDefault="007F3BAA" w14:paraId="37A0D068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1F3359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7</w:t>
            </w:r>
          </w:p>
          <w:p w:rsidR="0066044B" w:rsidRDefault="007F3BAA" w14:paraId="7BF90570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E86578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  <w:p w:rsidR="0066044B" w:rsidRDefault="007F3BAA" w14:paraId="66EA10E2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C1237B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  <w:p w:rsidR="0066044B" w:rsidRDefault="007F3BAA" w14:paraId="2A5275F6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</w:tr>
      <w:tr w:rsidR="0066044B" w:rsidTr="7D4E4B9D" w14:paraId="5695180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655FCB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B862D8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B7EE69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109032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8C7F5F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16</w:t>
            </w:r>
          </w:p>
        </w:tc>
      </w:tr>
      <w:tr w:rsidR="0066044B" w:rsidTr="7D4E4B9D" w14:paraId="4EF3F305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62372F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B5474F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3ECE29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7E2DF8A" w14:textId="688DBEF8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22  Yr 1/2 Class Assembly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398FF380" w14:textId="622AAD06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23  </w:t>
            </w:r>
          </w:p>
        </w:tc>
      </w:tr>
      <w:tr w:rsidR="0066044B" w:rsidTr="7D4E4B9D" w14:paraId="4EC2174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AFCAD6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563157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EC7F4A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875807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2C529A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</w:tc>
      </w:tr>
      <w:tr w:rsidR="0066044B" w:rsidTr="7D4E4B9D" w14:paraId="44FB30F8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DA6542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041E394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22B00A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2C6D79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E1831B3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54E11D2A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4DE35DC7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2442BDAA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B798E4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04EFB58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0BB94DF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31126E5D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25BB1D89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DE403A5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5F73FFFC" wp14:editId="07777777">
                  <wp:extent cx="367989" cy="460800"/>
                  <wp:effectExtent l="0" t="0" r="0" b="0"/>
                  <wp:docPr id="9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DC75D5-405B-4D78-8B62-017D5FD3DC2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740C0633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May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EBA907B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582D1C16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Bank holidays: Monday 3 and Monday 31 May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7D0F9F97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35B174B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89EAE2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1AD1F1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056E6A33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D8BCE6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62431CDC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9E398E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6287F2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BE93A6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84BA73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4B3F2EB" w14:textId="77777777">
            <w:pPr>
              <w:rPr>
                <w:rFonts w:hint="eastAsia"/>
              </w:rPr>
            </w:pPr>
          </w:p>
        </w:tc>
      </w:tr>
      <w:tr w:rsidR="0066044B" w:rsidTr="7D4E4B9D" w14:paraId="3D6C2E7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97C039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  <w:p w:rsidR="0066044B" w:rsidRDefault="007F3BAA" w14:paraId="5B729CAC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BANK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BC2995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4C3CC7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5D9A48CF" w14:textId="1614FB25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6  Yr 5 Class Assembly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F87031A" w14:textId="6617FDC6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7  </w:t>
            </w:r>
          </w:p>
        </w:tc>
      </w:tr>
      <w:tr w:rsidR="0066044B" w:rsidTr="7D4E4B9D" w14:paraId="7C5DC81A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21FF65B9" w14:textId="63A316CC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10</w:t>
            </w:r>
            <w:r w:rsidRPr="7D4E4B9D" w:rsidR="106909DA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Pr="7D4E4B9D" w:rsidR="106909DA">
              <w:rPr>
                <w:color w:val="17365D" w:themeColor="text2" w:themeShade="BF"/>
                <w:sz w:val="24"/>
                <w:szCs w:val="24"/>
              </w:rPr>
              <w:t>Year 6 SATS</w:t>
            </w:r>
          </w:p>
          <w:p w:rsidR="0066044B" w:rsidRDefault="2175AA5D" w14:paraId="0FA5DB3D" w14:textId="65CA699E">
            <w:pPr>
              <w:spacing w:after="20"/>
              <w:rPr>
                <w:rFonts w:hint="eastAsia"/>
              </w:rPr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Breakfast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69F9A2D4" w14:textId="570853FB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11</w:t>
            </w:r>
            <w:r w:rsidRPr="7D4E4B9D" w:rsidR="2D2CBED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Pr="7D4E4B9D" w:rsidR="2D2CBED0">
              <w:rPr>
                <w:color w:val="17365D" w:themeColor="text2" w:themeShade="BF"/>
                <w:sz w:val="24"/>
                <w:szCs w:val="24"/>
              </w:rPr>
              <w:t>Year 6 SATS</w:t>
            </w:r>
          </w:p>
          <w:p w:rsidR="0066044B" w:rsidRDefault="49A45423" w14:paraId="0F52A101" w14:textId="65CA699E">
            <w:pPr>
              <w:spacing w:after="20"/>
              <w:rPr>
                <w:rFonts w:hint="eastAsia"/>
              </w:rPr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Breakfast</w:t>
            </w:r>
          </w:p>
          <w:p w:rsidR="0066044B" w:rsidP="7D4E4B9D" w:rsidRDefault="0066044B" w14:paraId="5E88EA72" w14:textId="7EEB49AC">
            <w:pPr>
              <w:spacing w:after="20"/>
              <w:rPr>
                <w:rFonts w:hint="eastAsia"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5B6C971" w14:textId="419181A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12</w:t>
            </w:r>
            <w:r w:rsidRPr="7D4E4B9D" w:rsidR="2936F772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Pr="7D4E4B9D" w:rsidR="2936F772">
              <w:rPr>
                <w:color w:val="17365D" w:themeColor="text2" w:themeShade="BF"/>
                <w:sz w:val="24"/>
                <w:szCs w:val="24"/>
              </w:rPr>
              <w:t>Year 6 SATS</w:t>
            </w:r>
          </w:p>
          <w:p w:rsidR="0066044B" w:rsidRDefault="35431905" w14:paraId="092AE14A" w14:textId="65CA699E">
            <w:pPr>
              <w:spacing w:after="20"/>
              <w:rPr>
                <w:rFonts w:hint="eastAsia"/>
              </w:rPr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Breakfast</w:t>
            </w:r>
          </w:p>
          <w:p w:rsidR="0066044B" w:rsidP="7D4E4B9D" w:rsidRDefault="0066044B" w14:paraId="22FE9992" w14:textId="63BF9BF7">
            <w:pPr>
              <w:spacing w:after="20"/>
              <w:rPr>
                <w:rFonts w:hint="eastAsia"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FF8DA90" w14:textId="3C45676E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13</w:t>
            </w:r>
            <w:r w:rsidRPr="7D4E4B9D" w:rsidR="37C0BDFB">
              <w:rPr>
                <w:color w:val="17365D" w:themeColor="text2" w:themeShade="BF"/>
                <w:sz w:val="24"/>
                <w:szCs w:val="24"/>
              </w:rPr>
              <w:t xml:space="preserve"> Year 6 SATS</w:t>
            </w:r>
          </w:p>
          <w:p w:rsidR="0066044B" w:rsidRDefault="0BA5897E" w14:paraId="6D58B4CE" w14:textId="2AADD1F6">
            <w:pPr>
              <w:spacing w:after="20"/>
              <w:rPr>
                <w:rFonts w:hint="eastAsia"/>
              </w:rPr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Breakfast</w:t>
            </w:r>
          </w:p>
          <w:p w:rsidR="0066044B" w:rsidP="7D4E4B9D" w:rsidRDefault="3C726491" w14:paraId="62218FB3" w14:textId="0F42DC8F">
            <w:pPr>
              <w:spacing w:after="20"/>
              <w:rPr>
                <w:rFonts w:hint="eastAsia"/>
              </w:rPr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SATS celebration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50EBE2C2" w14:textId="1B19890C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14</w:t>
            </w:r>
            <w:r w:rsidRPr="7D4E4B9D" w:rsidR="0CB5E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- </w:t>
            </w:r>
            <w:r w:rsidRPr="7D4E4B9D" w:rsidR="0CB5EB9D">
              <w:rPr>
                <w:color w:val="17365D" w:themeColor="text2" w:themeShade="BF"/>
                <w:sz w:val="24"/>
                <w:szCs w:val="24"/>
              </w:rPr>
              <w:t>Celebrating St Brendan's-</w:t>
            </w:r>
            <w:r w:rsidRPr="7D4E4B9D" w:rsidR="2A514D19">
              <w:rPr>
                <w:color w:val="17365D" w:themeColor="text2" w:themeShade="BF"/>
                <w:sz w:val="24"/>
                <w:szCs w:val="24"/>
              </w:rPr>
              <w:t xml:space="preserve"> Feast Day</w:t>
            </w:r>
          </w:p>
          <w:p w:rsidR="0066044B" w:rsidP="7D4E4B9D" w:rsidRDefault="0066044B" w14:paraId="33434407" w14:textId="21D16751">
            <w:pPr>
              <w:spacing w:after="20"/>
              <w:rPr>
                <w:rFonts w:hint="eastAsia"/>
                <w:color w:val="17365D" w:themeColor="text2" w:themeShade="BF"/>
                <w:sz w:val="24"/>
                <w:szCs w:val="24"/>
              </w:rPr>
            </w:pPr>
          </w:p>
        </w:tc>
      </w:tr>
      <w:tr w:rsidR="0066044B" w:rsidTr="7D4E4B9D" w14:paraId="1326FB04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D95BA9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79B2FC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21A289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7BB07B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528FAB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</w:tc>
      </w:tr>
      <w:tr w:rsidR="0066044B" w:rsidTr="7D4E4B9D" w14:paraId="271F0388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284F83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28F179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F46C0E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210C00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86DC8D1" w14:textId="719A710E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28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Book Look – 3:20pm to 3:40pm</w:t>
            </w:r>
          </w:p>
        </w:tc>
      </w:tr>
      <w:tr w:rsidR="0066044B" w:rsidTr="7D4E4B9D" w14:paraId="3FF7D4CD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A677E8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31</w:t>
            </w:r>
          </w:p>
          <w:p w:rsidR="0066044B" w:rsidRDefault="007F3BAA" w14:paraId="341862D0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BANK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D34F5C7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B4020A7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D7B270A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F904CB7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06971CD3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32F384D3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64E8AB8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870DD22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2B175A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2B2F114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2A1F701D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41E36F1A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03EFCA41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33A4DDB9" wp14:editId="07777777">
                  <wp:extent cx="367989" cy="460800"/>
                  <wp:effectExtent l="0" t="0" r="0" b="0"/>
                  <wp:docPr id="10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3A0EAE3-22D7-47E1-B0AC-B92777E7213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E918377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June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5C6F7574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3A76B25D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Summer half term: Tuesday 1 - Friday 4 June</w:t>
      </w:r>
    </w:p>
    <w:tbl>
      <w:tblPr>
        <w:tblW w:w="0" w:type="auto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0D604862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561616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BD1C1CD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03AA6F9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D9E4C9E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66D1E7E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585B192E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F96A72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50B3AD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  <w:p w:rsidR="0066044B" w:rsidRDefault="007F3BAA" w14:paraId="010EC465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SUMMER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8A8CB7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  <w:p w:rsidR="0066044B" w:rsidRDefault="007F3BAA" w14:paraId="082CFF5F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SUMMER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A2176D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  <w:p w:rsidR="0066044B" w:rsidRDefault="007F3BAA" w14:paraId="1CD5735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SUMMER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CD048C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4</w:t>
            </w:r>
          </w:p>
          <w:p w:rsidR="0066044B" w:rsidRDefault="007F3BAA" w14:paraId="1E1679E8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SUMMER HALF TERM</w:t>
            </w:r>
          </w:p>
        </w:tc>
      </w:tr>
      <w:tr w:rsidR="0066044B" w:rsidTr="7D4E4B9D" w14:paraId="50FA346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7E6CB2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7BBEA4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BB22C1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E8FBDA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636008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11</w:t>
            </w:r>
          </w:p>
        </w:tc>
      </w:tr>
      <w:tr w:rsidR="0066044B" w:rsidTr="7D4E4B9D" w14:paraId="18B7BB6E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874E13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7D23D5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83605B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2588D061" w14:textId="3ABD3A88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17  Yr 1 Class Assembly 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4052EA3A" w14:textId="3F44DA4E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18  </w:t>
            </w:r>
          </w:p>
        </w:tc>
      </w:tr>
      <w:tr w:rsidR="0066044B" w:rsidTr="7D4E4B9D" w14:paraId="5972CA88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73AD2F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B0F123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86D478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4DFBC012" w14:textId="7CD6993A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24    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33917F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</w:tc>
      </w:tr>
      <w:tr w:rsidR="0066044B" w:rsidTr="7D4E4B9D" w14:paraId="7DD85A07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9F7A25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775D92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3B36BA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B95CD1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220BBB2" w14:textId="77777777">
            <w:pPr>
              <w:rPr>
                <w:rFonts w:hint="eastAsia"/>
              </w:rPr>
            </w:pPr>
          </w:p>
        </w:tc>
      </w:tr>
      <w:tr w:rsidR="0066044B" w:rsidTr="7D4E4B9D" w14:paraId="13CB595B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D9C8D39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75E05E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FC17F8B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A4F7224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AE48A43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50F40DEB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6584AE74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645AC3AE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36DB66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8F996B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740B10E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77A52294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7620A7EE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007DCDA8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34388CEA" wp14:editId="07777777">
                  <wp:extent cx="367989" cy="460800"/>
                  <wp:effectExtent l="0" t="0" r="0" b="0"/>
                  <wp:docPr id="11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8401E77-324B-4CA8-A692-59AE17D499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170A94F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July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87C540B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398AF2E6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INSET Days: Monday 26 and Tuesday 27 July | Summer holiday begins Wednesday 28 July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7FDE9029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127BB42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4ABDE0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75F2B02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1744CBC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E0FCDCA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4CD1044D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50EA2D7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DD355C9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A81F0B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B965A4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2E643A39" w14:textId="031055B5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Postcards Home- New classes and teacher</w:t>
            </w:r>
          </w:p>
        </w:tc>
      </w:tr>
      <w:tr w:rsidR="0066044B" w:rsidTr="7D4E4B9D" w14:paraId="6F3A295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5090736E" w14:textId="7377631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5 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1AA1B773" w14:textId="09984F18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6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New class- Transition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D246AF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C6C859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22AC84DE" w14:textId="59300128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9 Class transition morning meet with teacher</w:t>
            </w:r>
          </w:p>
          <w:p w:rsidR="0066044B" w:rsidP="7D4E4B9D" w:rsidRDefault="6CD36AD9" w14:paraId="2DADD19A" w14:textId="4F3E6E7A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EYFS Class Assembly</w:t>
            </w:r>
          </w:p>
        </w:tc>
      </w:tr>
      <w:tr w:rsidR="0066044B" w:rsidTr="7D4E4B9D" w14:paraId="1C37B755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980CDB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01423B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C45D25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E56BDF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1AF6AB69" w14:textId="71FEA22D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16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School Report</w:t>
            </w:r>
          </w:p>
        </w:tc>
      </w:tr>
      <w:tr w:rsidR="0066044B" w:rsidTr="7D4E4B9D" w14:paraId="26BAB8B2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3F13D5C4" w14:textId="1FB2DC96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19</w:t>
            </w:r>
          </w:p>
          <w:p w:rsidR="0066044B" w:rsidRDefault="5FD99806" w14:paraId="267D3215" w14:textId="560B5F59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Year 6 Residential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698F4B38" w14:textId="3AD129A9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20</w:t>
            </w:r>
          </w:p>
          <w:p w:rsidR="0066044B" w:rsidRDefault="0F06DDF0" w14:paraId="404748AE" w14:textId="560B5F59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Year 6 Residential</w:t>
            </w:r>
          </w:p>
          <w:p w:rsidR="0066044B" w:rsidP="7D4E4B9D" w:rsidRDefault="0066044B" w14:paraId="74BC2F5A" w14:textId="77A8F3DC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7F9035E4" w14:textId="0ED51D92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21</w:t>
            </w:r>
          </w:p>
          <w:p w:rsidR="0066044B" w:rsidRDefault="07FAADFE" w14:paraId="6B7FC7F1" w14:textId="560B5F59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Year 6 Residential</w:t>
            </w:r>
          </w:p>
          <w:p w:rsidR="0066044B" w:rsidRDefault="0681A13D" w14:paraId="469E47B7" w14:textId="0515450A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6DB770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F84ED2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</w:tc>
      </w:tr>
      <w:tr w:rsidR="0066044B" w:rsidTr="7D4E4B9D" w14:paraId="62B3E77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05A141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  <w:p w:rsidR="0066044B" w:rsidRDefault="007F3BAA" w14:paraId="66D4C93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5"/>
              </w:rPr>
              <w:t>INSET 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7E1AC0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  <w:p w:rsidR="0066044B" w:rsidRDefault="007F3BAA" w14:paraId="23DFE6DA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5"/>
              </w:rPr>
              <w:t>INSET 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1549C2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28</w:t>
            </w:r>
          </w:p>
          <w:p w:rsidR="0066044B" w:rsidRDefault="007F3BAA" w14:paraId="55034C8A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CDF961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29</w:t>
            </w:r>
          </w:p>
          <w:p w:rsidR="0066044B" w:rsidRDefault="007F3BAA" w14:paraId="3FDD0815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31168F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  <w:p w:rsidR="0066044B" w:rsidRDefault="007F3BAA" w14:paraId="3F58FAE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:rsidTr="7D4E4B9D" w14:paraId="717AAFBA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6EE48E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908EB2C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21FD38A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FE2DD9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7357532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07F023C8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2177A5F8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4FAB382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27F02D5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70A737A3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DC1C16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4BDB5498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749AC986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916C19D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3A2DDD71" wp14:editId="07777777">
                  <wp:extent cx="367989" cy="460800"/>
                  <wp:effectExtent l="0" t="0" r="0" b="0"/>
                  <wp:docPr id="12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75B087A-0428-466B-AB21-4443FACADF4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32E9B74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August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00C5DBBB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1A9D2539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Summer holiday throughout August | Bank holiday Monday 30 August</w:t>
      </w:r>
    </w:p>
    <w:tbl>
      <w:tblPr>
        <w:tblW w:w="0" w:type="auto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620EBD16" w14:paraId="7FCD7B33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1260A6C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17AA68A4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CF37E0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7D08382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5E9CA0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620EBD16" w14:paraId="74869460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87F57B8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4738AF4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6ABBD8F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6BBA33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64FCBC1" w14:textId="77777777">
            <w:pPr>
              <w:rPr>
                <w:rFonts w:hint="eastAsia"/>
              </w:rPr>
            </w:pPr>
          </w:p>
        </w:tc>
      </w:tr>
      <w:tr w:rsidR="0066044B" w:rsidTr="620EBD16" w14:paraId="5C76A4F2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A9DB5E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  <w:p w:rsidR="0066044B" w:rsidRDefault="007F3BAA" w14:paraId="6DE5AF79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C1ED14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  <w:p w:rsidR="0066044B" w:rsidRDefault="007F3BAA" w14:paraId="3AEDB2CE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A108F4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4</w:t>
            </w:r>
          </w:p>
          <w:p w:rsidR="0066044B" w:rsidRDefault="007F3BAA" w14:paraId="2F016450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95C1E8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5</w:t>
            </w:r>
          </w:p>
          <w:p w:rsidR="0066044B" w:rsidRDefault="007F3BAA" w14:paraId="41FD611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D3DECF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6</w:t>
            </w:r>
          </w:p>
          <w:p w:rsidR="0066044B" w:rsidRDefault="007F3BAA" w14:paraId="1557D56C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:rsidTr="620EBD16" w14:paraId="17648DDD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F6EB12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  <w:p w:rsidR="0066044B" w:rsidRDefault="007F3BAA" w14:paraId="7529CBF4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8AD3BD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10</w:t>
            </w:r>
          </w:p>
          <w:p w:rsidR="0066044B" w:rsidRDefault="007F3BAA" w14:paraId="0D017ECF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57D964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11</w:t>
            </w:r>
          </w:p>
          <w:p w:rsidR="0066044B" w:rsidRDefault="007F3BAA" w14:paraId="0CF18EB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2331FB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  <w:p w:rsidR="0066044B" w:rsidRDefault="007F3BAA" w14:paraId="379EAA5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192DA5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13</w:t>
            </w:r>
          </w:p>
          <w:p w:rsidR="0066044B" w:rsidRDefault="007F3BAA" w14:paraId="53CCC61B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:rsidTr="620EBD16" w14:paraId="2E36F19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BDCCDF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16</w:t>
            </w:r>
          </w:p>
          <w:p w:rsidR="0066044B" w:rsidRDefault="007F3BAA" w14:paraId="7D39AD75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583CC5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17</w:t>
            </w:r>
          </w:p>
          <w:p w:rsidR="0066044B" w:rsidRDefault="007F3BAA" w14:paraId="29D9159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C57E71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18</w:t>
            </w:r>
          </w:p>
          <w:p w:rsidR="0066044B" w:rsidRDefault="007F3BAA" w14:paraId="0E88B129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8B6FA2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19</w:t>
            </w:r>
          </w:p>
          <w:p w:rsidR="0066044B" w:rsidRDefault="007F3BAA" w14:paraId="0B87AB1F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B44183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20</w:t>
            </w:r>
          </w:p>
          <w:p w:rsidR="0066044B" w:rsidRDefault="007F3BAA" w14:paraId="6C9D9A36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:rsidTr="620EBD16" w14:paraId="52B788D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D60AAC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  <w:p w:rsidR="0066044B" w:rsidRDefault="007F3BAA" w14:paraId="7E7A119B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6127DD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24</w:t>
            </w:r>
          </w:p>
          <w:p w:rsidR="0066044B" w:rsidRDefault="007F3BAA" w14:paraId="1E95B6AC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3E3897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  <w:p w:rsidR="0066044B" w:rsidRDefault="007F3BAA" w14:paraId="6B2BC8B2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D9A601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  <w:p w:rsidR="0066044B" w:rsidRDefault="007F3BAA" w14:paraId="16BD4B4E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E34BB0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  <w:p w:rsidR="0066044B" w:rsidRDefault="007F3BAA" w14:paraId="4CFEE16D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:rsidTr="620EBD16" w14:paraId="3234D9DC" w14:textId="77777777">
        <w:trPr>
          <w:cantSplit/>
          <w:trHeight w:val="1365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A5C01E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  <w:p w:rsidR="0066044B" w:rsidRDefault="007F3BAA" w14:paraId="413C0FE5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BANK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F9BD7C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31</w:t>
            </w:r>
          </w:p>
          <w:p w:rsidR="0066044B" w:rsidRDefault="007F3BAA" w14:paraId="0CBCA27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C8C6B09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382A365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C71F136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62199465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44BC664A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E7CDB0D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0564F6A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EC9A4E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17B1C10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7F3BAA" w:rsidRDefault="007F3BAA" w14:paraId="16A7C3EE" w14:textId="77777777"/>
    <w:sectPr w:rsidR="007F3BAA" w:rsidSect="00034616">
      <w:pgSz w:w="16838" w:h="11906" w:orient="landscape"/>
      <w:pgMar w:top="255" w:right="312" w:bottom="255" w:left="312" w:header="85" w:footer="11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1089738231">
    <w:abstractNumId w:val="8"/>
  </w:num>
  <w:num w:numId="2" w16cid:durableId="14506545">
    <w:abstractNumId w:val="0"/>
  </w:num>
  <w:num w:numId="3" w16cid:durableId="1715109620">
    <w:abstractNumId w:val="3"/>
  </w:num>
  <w:num w:numId="4" w16cid:durableId="18355737">
    <w:abstractNumId w:val="6"/>
  </w:num>
  <w:num w:numId="5" w16cid:durableId="1936093780">
    <w:abstractNumId w:val="2"/>
  </w:num>
  <w:num w:numId="6" w16cid:durableId="1970429698">
    <w:abstractNumId w:val="5"/>
  </w:num>
  <w:num w:numId="7" w16cid:durableId="275530024">
    <w:abstractNumId w:val="7"/>
  </w:num>
  <w:num w:numId="8" w16cid:durableId="49427246">
    <w:abstractNumId w:val="1"/>
  </w:num>
  <w:num w:numId="9" w16cid:durableId="830294784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46D87"/>
    <w:rsid w:val="0029639D"/>
    <w:rsid w:val="00326F90"/>
    <w:rsid w:val="00483DB0"/>
    <w:rsid w:val="0066044B"/>
    <w:rsid w:val="007E70A4"/>
    <w:rsid w:val="007F3BAA"/>
    <w:rsid w:val="0085E05E"/>
    <w:rsid w:val="009F6323"/>
    <w:rsid w:val="00AA1D8D"/>
    <w:rsid w:val="00B47730"/>
    <w:rsid w:val="00CB0664"/>
    <w:rsid w:val="00CB4646"/>
    <w:rsid w:val="00FC693F"/>
    <w:rsid w:val="01397A17"/>
    <w:rsid w:val="02DC769A"/>
    <w:rsid w:val="02FE059C"/>
    <w:rsid w:val="03944510"/>
    <w:rsid w:val="0496E10C"/>
    <w:rsid w:val="0681A13D"/>
    <w:rsid w:val="06DE56E7"/>
    <w:rsid w:val="07B24C8F"/>
    <w:rsid w:val="07FAADFE"/>
    <w:rsid w:val="08E7D828"/>
    <w:rsid w:val="08F5ACEA"/>
    <w:rsid w:val="092F289C"/>
    <w:rsid w:val="09866A2B"/>
    <w:rsid w:val="0A80FA56"/>
    <w:rsid w:val="0B5460D5"/>
    <w:rsid w:val="0BA5897E"/>
    <w:rsid w:val="0CB5EB9D"/>
    <w:rsid w:val="0D229830"/>
    <w:rsid w:val="0E5F4FC0"/>
    <w:rsid w:val="0F06DDF0"/>
    <w:rsid w:val="106909DA"/>
    <w:rsid w:val="10ABA0D6"/>
    <w:rsid w:val="11742D6B"/>
    <w:rsid w:val="118AEB22"/>
    <w:rsid w:val="11BD204E"/>
    <w:rsid w:val="12862F4A"/>
    <w:rsid w:val="1352AA0D"/>
    <w:rsid w:val="13C9BAEC"/>
    <w:rsid w:val="14368B87"/>
    <w:rsid w:val="16025053"/>
    <w:rsid w:val="166E5CE4"/>
    <w:rsid w:val="1678E606"/>
    <w:rsid w:val="1842C23B"/>
    <w:rsid w:val="18BCE47C"/>
    <w:rsid w:val="18F8F58C"/>
    <w:rsid w:val="19C08774"/>
    <w:rsid w:val="1A040D81"/>
    <w:rsid w:val="1A3A6E39"/>
    <w:rsid w:val="1EF3BC6E"/>
    <w:rsid w:val="1F5FF08D"/>
    <w:rsid w:val="1F8E4BF1"/>
    <w:rsid w:val="2010726D"/>
    <w:rsid w:val="2175AA5D"/>
    <w:rsid w:val="225480ED"/>
    <w:rsid w:val="2335B499"/>
    <w:rsid w:val="23FC66B0"/>
    <w:rsid w:val="24144F81"/>
    <w:rsid w:val="2452027B"/>
    <w:rsid w:val="259177B8"/>
    <w:rsid w:val="25A6C232"/>
    <w:rsid w:val="27E93307"/>
    <w:rsid w:val="28DE8911"/>
    <w:rsid w:val="2936F772"/>
    <w:rsid w:val="2A514D19"/>
    <w:rsid w:val="2B5F77B2"/>
    <w:rsid w:val="2BE90C61"/>
    <w:rsid w:val="2D2CBED0"/>
    <w:rsid w:val="2E2363E5"/>
    <w:rsid w:val="2E5F848D"/>
    <w:rsid w:val="2E615332"/>
    <w:rsid w:val="2F26AD01"/>
    <w:rsid w:val="2F6F7F15"/>
    <w:rsid w:val="2FAB2A11"/>
    <w:rsid w:val="2FDE3C00"/>
    <w:rsid w:val="301CF124"/>
    <w:rsid w:val="30A62553"/>
    <w:rsid w:val="313C96FD"/>
    <w:rsid w:val="32AD256F"/>
    <w:rsid w:val="3517051D"/>
    <w:rsid w:val="35431905"/>
    <w:rsid w:val="354CA025"/>
    <w:rsid w:val="3581DF40"/>
    <w:rsid w:val="3679017B"/>
    <w:rsid w:val="36A8AF29"/>
    <w:rsid w:val="37C0BDFB"/>
    <w:rsid w:val="39367C57"/>
    <w:rsid w:val="3AC7D19B"/>
    <w:rsid w:val="3BB57329"/>
    <w:rsid w:val="3C726491"/>
    <w:rsid w:val="3DDE68FB"/>
    <w:rsid w:val="3F72823A"/>
    <w:rsid w:val="42A022CB"/>
    <w:rsid w:val="448FA85A"/>
    <w:rsid w:val="456D893C"/>
    <w:rsid w:val="45DEC79A"/>
    <w:rsid w:val="4649E1D2"/>
    <w:rsid w:val="482C893C"/>
    <w:rsid w:val="49A45423"/>
    <w:rsid w:val="49CAB998"/>
    <w:rsid w:val="4AAB3B67"/>
    <w:rsid w:val="4B033D34"/>
    <w:rsid w:val="4D619191"/>
    <w:rsid w:val="50065DA4"/>
    <w:rsid w:val="508E95F9"/>
    <w:rsid w:val="50A33767"/>
    <w:rsid w:val="5270614C"/>
    <w:rsid w:val="52EA17F7"/>
    <w:rsid w:val="53CCFE7C"/>
    <w:rsid w:val="566AD01B"/>
    <w:rsid w:val="58D05CD6"/>
    <w:rsid w:val="5903AE6D"/>
    <w:rsid w:val="59E49E46"/>
    <w:rsid w:val="59EE8B69"/>
    <w:rsid w:val="5AA86F1D"/>
    <w:rsid w:val="5CBA096B"/>
    <w:rsid w:val="5F6CA71F"/>
    <w:rsid w:val="5FD99806"/>
    <w:rsid w:val="611DDA76"/>
    <w:rsid w:val="61DCD8B5"/>
    <w:rsid w:val="61F2E52D"/>
    <w:rsid w:val="620EBD16"/>
    <w:rsid w:val="63A41E23"/>
    <w:rsid w:val="6406E5F5"/>
    <w:rsid w:val="64CAE99A"/>
    <w:rsid w:val="652B9EA3"/>
    <w:rsid w:val="65B7FB0D"/>
    <w:rsid w:val="66D196E7"/>
    <w:rsid w:val="68D22ADE"/>
    <w:rsid w:val="6935D195"/>
    <w:rsid w:val="6C0037F7"/>
    <w:rsid w:val="6CD36AD9"/>
    <w:rsid w:val="6D6CE348"/>
    <w:rsid w:val="6DD5B42C"/>
    <w:rsid w:val="6F33532A"/>
    <w:rsid w:val="70953C8F"/>
    <w:rsid w:val="71754327"/>
    <w:rsid w:val="71A297E3"/>
    <w:rsid w:val="72DD9164"/>
    <w:rsid w:val="7314692A"/>
    <w:rsid w:val="733063B7"/>
    <w:rsid w:val="7367E7C1"/>
    <w:rsid w:val="76F2D690"/>
    <w:rsid w:val="76F73415"/>
    <w:rsid w:val="7785402F"/>
    <w:rsid w:val="77B8A383"/>
    <w:rsid w:val="77CB87F1"/>
    <w:rsid w:val="78C60213"/>
    <w:rsid w:val="79BD21E7"/>
    <w:rsid w:val="7C1AF492"/>
    <w:rsid w:val="7C4E9FFA"/>
    <w:rsid w:val="7C6CFB7C"/>
    <w:rsid w:val="7D4C5871"/>
    <w:rsid w:val="7D4E4B9D"/>
    <w:rsid w:val="7D71068C"/>
    <w:rsid w:val="7E262F97"/>
    <w:rsid w:val="7EB3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062061"/>
  <w14:defaultImageDpi w14:val="300"/>
  <w15:docId w15:val="{166EA146-0C96-4BDD-BA3B-352E92DDDF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rFonts w:ascii="Aptos" w:hAnsi="Apto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6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3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55F16EB4A070459CF3EB8973168C45" ma:contentTypeVersion="14" ma:contentTypeDescription="Create a new document." ma:contentTypeScope="" ma:versionID="1feb0f001457c0c7ded5bc5e441dc276">
  <xsd:schema xmlns:xsd="http://www.w3.org/2001/XMLSchema" xmlns:xs="http://www.w3.org/2001/XMLSchema" xmlns:p="http://schemas.microsoft.com/office/2006/metadata/properties" xmlns:ns2="41dad9be-2567-46eb-9d61-09a2ff9783ae" xmlns:ns3="eca3353f-c32a-42c0-8fcb-d2e292fe6a20" targetNamespace="http://schemas.microsoft.com/office/2006/metadata/properties" ma:root="true" ma:fieldsID="93a696abac503e47e0a2d6a78097efbb" ns2:_="" ns3:_="">
    <xsd:import namespace="41dad9be-2567-46eb-9d61-09a2ff9783ae"/>
    <xsd:import namespace="eca3353f-c32a-42c0-8fcb-d2e292fe6a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dad9be-2567-46eb-9d61-09a2ff9783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0cb698-b910-40a7-b983-0c7377c981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a3353f-c32a-42c0-8fcb-d2e292fe6a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7feade0-6995-4414-89d1-cad6f3e20595}" ma:internalName="TaxCatchAll" ma:showField="CatchAllData" ma:web="eca3353f-c32a-42c0-8fcb-d2e292fe6a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dad9be-2567-46eb-9d61-09a2ff9783ae">
      <Terms xmlns="http://schemas.microsoft.com/office/infopath/2007/PartnerControls"/>
    </lcf76f155ced4ddcb4097134ff3c332f>
    <TaxCatchAll xmlns="eca3353f-c32a-42c0-8fcb-d2e292fe6a20" xsi:nil="true"/>
  </documentManagement>
</p:properties>
</file>

<file path=customXml/itemProps1.xml><?xml version="1.0" encoding="utf-8"?>
<ds:datastoreItem xmlns:ds="http://schemas.openxmlformats.org/officeDocument/2006/customXml" ds:itemID="{B24BA3CB-4EC0-45EB-85E0-CF390A5521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6A3983-6B97-4B63-A8FE-DC584F9F92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dad9be-2567-46eb-9d61-09a2ff9783ae"/>
    <ds:schemaRef ds:uri="eca3353f-c32a-42c0-8fcb-d2e292fe6a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3DA74A-E2E7-4329-9CB3-25022A4AAAE5}">
  <ds:schemaRefs>
    <ds:schemaRef ds:uri="http://schemas.microsoft.com/office/2006/metadata/properties"/>
    <ds:schemaRef ds:uri="http://schemas.microsoft.com/office/infopath/2007/PartnerControls"/>
    <ds:schemaRef ds:uri="41dad9be-2567-46eb-9d61-09a2ff9783ae"/>
    <ds:schemaRef ds:uri="eca3353f-c32a-42c0-8fcb-d2e292fe6a2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St Brendan's Academic Calendar 2026-2027</dc:title>
  <dc:subject>Editable school calendar with term dates, INSET days and holidays</dc:subject>
  <dc:creator>St Brendan's Primary School</dc:creator>
  <keywords/>
  <dc:description>generated by python-docx</dc:description>
  <lastModifiedBy>Penny Kain (CBR)</lastModifiedBy>
  <revision>5</revision>
  <dcterms:created xsi:type="dcterms:W3CDTF">2013-12-23T23:15:00.0000000Z</dcterms:created>
  <dcterms:modified xsi:type="dcterms:W3CDTF">2026-09-24T10:07:18.2040698Z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0x0101007655F16EB4A070459CF3EB8973168C45</vt:lpwstr>
  </property>
  <property fmtid="{D5CDD505-2E9C-101B-9397-08002B2CF9AE}" pid="3" name="MediaServiceImageTags">
    <vt:lpwstr/>
  </property>
</Properties>
</file>